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43E72" w:rsidRDefault="00000000">
      <w:pPr>
        <w:pStyle w:val="Heading1"/>
        <w:keepNext w:val="0"/>
        <w:keepLines w:val="0"/>
        <w:spacing w:before="360" w:after="80"/>
        <w:rPr>
          <w:rFonts w:ascii="Cambria" w:eastAsia="Cambria" w:hAnsi="Cambria" w:cs="Cambria"/>
        </w:rPr>
      </w:pPr>
      <w:bookmarkStart w:id="0" w:name="_heading=h.epu9n745e8an" w:colFirst="0" w:colLast="0"/>
      <w:bookmarkEnd w:id="0"/>
      <w:r>
        <w:rPr>
          <w:rFonts w:ascii="Cambria" w:eastAsia="Cambria" w:hAnsi="Cambria" w:cs="Cambria"/>
        </w:rPr>
        <w:t>A. Product Master</w:t>
      </w:r>
    </w:p>
    <w:p w14:paraId="00000002" w14:textId="77777777" w:rsidR="00443E72" w:rsidRDefault="00000000">
      <w:pPr>
        <w:pStyle w:val="Heading1"/>
        <w:keepNext w:val="0"/>
        <w:keepLines w:val="0"/>
        <w:spacing w:before="360" w:after="80"/>
        <w:rPr>
          <w:rFonts w:ascii="Cambria" w:eastAsia="Cambria" w:hAnsi="Cambria" w:cs="Cambria"/>
        </w:rPr>
      </w:pPr>
      <w:bookmarkStart w:id="1" w:name="_heading=h.8n3h3r2z2jje" w:colFirst="0" w:colLast="0"/>
      <w:bookmarkEnd w:id="1"/>
      <w:r>
        <w:rPr>
          <w:rFonts w:ascii="Cambria" w:eastAsia="Cambria" w:hAnsi="Cambria" w:cs="Cambria"/>
        </w:rPr>
        <w:t xml:space="preserve">I. Thông tin </w:t>
      </w:r>
      <w:proofErr w:type="spellStart"/>
      <w:r>
        <w:rPr>
          <w:rFonts w:ascii="Cambria" w:eastAsia="Cambria" w:hAnsi="Cambria" w:cs="Cambria"/>
        </w:rPr>
        <w:t>sản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phẩm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chủ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lực</w:t>
      </w:r>
      <w:proofErr w:type="spellEnd"/>
      <w:r>
        <w:rPr>
          <w:rFonts w:ascii="Cambria" w:eastAsia="Cambria" w:hAnsi="Cambria" w:cs="Cambria"/>
        </w:rPr>
        <w:t xml:space="preserve">: </w:t>
      </w:r>
    </w:p>
    <w:p w14:paraId="00000003" w14:textId="77777777" w:rsidR="00443E72" w:rsidRDefault="00000000">
      <w:pPr>
        <w:pStyle w:val="Heading2"/>
        <w:keepNext w:val="0"/>
        <w:keepLines w:val="0"/>
        <w:numPr>
          <w:ilvl w:val="0"/>
          <w:numId w:val="6"/>
        </w:numPr>
        <w:spacing w:before="360" w:line="360" w:lineRule="auto"/>
        <w:rPr>
          <w:rFonts w:ascii="Cambria" w:eastAsia="Cambria" w:hAnsi="Cambria" w:cs="Cambria"/>
          <w:color w:val="783F04"/>
        </w:rPr>
      </w:pPr>
      <w:bookmarkStart w:id="2" w:name="_heading=h.kqvqguhdhq3l" w:colFirst="0" w:colLast="0"/>
      <w:bookmarkEnd w:id="2"/>
      <w:r>
        <w:rPr>
          <w:rFonts w:ascii="Cambria" w:eastAsia="Cambria" w:hAnsi="Cambria" w:cs="Cambria"/>
          <w:color w:val="783F04"/>
        </w:rPr>
        <w:t xml:space="preserve">Ô </w:t>
      </w:r>
      <w:proofErr w:type="spellStart"/>
      <w:r>
        <w:rPr>
          <w:rFonts w:ascii="Cambria" w:eastAsia="Cambria" w:hAnsi="Cambria" w:cs="Cambria"/>
          <w:color w:val="783F04"/>
        </w:rPr>
        <w:t>lệch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tâm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vuông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khung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trụ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hợp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kim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783F04"/>
        </w:rPr>
        <w:t>nhôm</w:t>
      </w:r>
      <w:proofErr w:type="spellEnd"/>
      <w:r>
        <w:rPr>
          <w:rFonts w:ascii="Cambria" w:eastAsia="Cambria" w:hAnsi="Cambria" w:cs="Cambria"/>
          <w:color w:val="783F04"/>
        </w:rPr>
        <w:t xml:space="preserve">  –</w:t>
      </w:r>
      <w:proofErr w:type="gramEnd"/>
      <w:r>
        <w:rPr>
          <w:rFonts w:ascii="Cambria" w:eastAsia="Cambria" w:hAnsi="Cambria" w:cs="Cambria"/>
          <w:color w:val="783F04"/>
        </w:rPr>
        <w:t xml:space="preserve"> Model R459</w:t>
      </w:r>
    </w:p>
    <w:p w14:paraId="00000004" w14:textId="77777777" w:rsidR="00443E72" w:rsidRDefault="00000000">
      <w:pPr>
        <w:numPr>
          <w:ilvl w:val="0"/>
          <w:numId w:val="13"/>
        </w:numPr>
        <w:spacing w:line="360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Mô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tả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tổng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quan</w:t>
      </w:r>
      <w:proofErr w:type="spellEnd"/>
      <w:r>
        <w:rPr>
          <w:b/>
          <w:sz w:val="26"/>
          <w:szCs w:val="26"/>
        </w:rPr>
        <w:t>:</w:t>
      </w:r>
    </w:p>
    <w:p w14:paraId="00000005" w14:textId="77777777" w:rsidR="00443E72" w:rsidRDefault="00000000">
      <w:pPr>
        <w:spacing w:line="360" w:lineRule="auto"/>
        <w:ind w:left="720"/>
        <w:rPr>
          <w:sz w:val="26"/>
          <w:szCs w:val="26"/>
        </w:rPr>
      </w:pPr>
      <w:proofErr w:type="spellStart"/>
      <w:r>
        <w:rPr>
          <w:sz w:val="26"/>
          <w:szCs w:val="26"/>
        </w:rPr>
        <w:t>Dòng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ô </w:t>
      </w:r>
      <w:proofErr w:type="spellStart"/>
      <w:r>
        <w:rPr>
          <w:b/>
          <w:sz w:val="26"/>
          <w:szCs w:val="26"/>
        </w:rPr>
        <w:t>lệch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tâm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vuông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khung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hợp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kim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nhôm</w:t>
      </w:r>
      <w:proofErr w:type="spellEnd"/>
      <w:r>
        <w:rPr>
          <w:b/>
          <w:sz w:val="26"/>
          <w:szCs w:val="26"/>
        </w:rPr>
        <w:t xml:space="preserve"> – Perth </w:t>
      </w:r>
      <w:proofErr w:type="spellStart"/>
      <w:r>
        <w:rPr>
          <w:b/>
          <w:sz w:val="26"/>
          <w:szCs w:val="26"/>
        </w:rPr>
        <w:t>Bản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Nâng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mẫu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nay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ROMA,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sân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vườn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quán</w:t>
      </w:r>
      <w:proofErr w:type="spellEnd"/>
      <w:r>
        <w:rPr>
          <w:b/>
          <w:sz w:val="26"/>
          <w:szCs w:val="26"/>
        </w:rPr>
        <w:t xml:space="preserve"> café, resort, </w:t>
      </w:r>
      <w:proofErr w:type="spellStart"/>
      <w:r>
        <w:rPr>
          <w:b/>
          <w:sz w:val="26"/>
          <w:szCs w:val="26"/>
        </w:rPr>
        <w:t>nhà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hàng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công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trình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và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biệt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thự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ngoài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trời</w:t>
      </w:r>
      <w:proofErr w:type="spellEnd"/>
      <w:r>
        <w:rPr>
          <w:sz w:val="26"/>
          <w:szCs w:val="26"/>
        </w:rPr>
        <w:t>.</w:t>
      </w:r>
    </w:p>
    <w:p w14:paraId="00000006" w14:textId="77777777" w:rsidR="00443E72" w:rsidRDefault="00000000">
      <w:pPr>
        <w:spacing w:line="360" w:lineRule="auto"/>
        <w:ind w:left="720"/>
        <w:rPr>
          <w:sz w:val="26"/>
          <w:szCs w:val="26"/>
        </w:rPr>
      </w:pP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xoay</w:t>
      </w:r>
      <w:proofErr w:type="spellEnd"/>
      <w:r>
        <w:rPr>
          <w:b/>
          <w:sz w:val="26"/>
          <w:szCs w:val="26"/>
        </w:rPr>
        <w:t xml:space="preserve"> 360 </w:t>
      </w:r>
      <w:proofErr w:type="spellStart"/>
      <w:r>
        <w:rPr>
          <w:b/>
          <w:sz w:val="26"/>
          <w:szCs w:val="26"/>
        </w:rPr>
        <w:t>độ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nghiêng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tán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đa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góc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linh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hướng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nắng</w:t>
      </w:r>
      <w:proofErr w:type="spellEnd"/>
      <w:r>
        <w:rPr>
          <w:sz w:val="26"/>
          <w:szCs w:val="26"/>
        </w:rPr>
        <w:t>.</w:t>
      </w:r>
    </w:p>
    <w:p w14:paraId="00000007" w14:textId="77777777" w:rsidR="00443E72" w:rsidRDefault="00000000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Khung </w:t>
      </w:r>
      <w:proofErr w:type="spellStart"/>
      <w:r>
        <w:rPr>
          <w:sz w:val="26"/>
          <w:szCs w:val="26"/>
        </w:rPr>
        <w:t>làm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bằng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hợp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kim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nhôm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sơn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tĩnh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điện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màu</w:t>
      </w:r>
      <w:proofErr w:type="spellEnd"/>
      <w:r>
        <w:rPr>
          <w:b/>
          <w:sz w:val="26"/>
          <w:szCs w:val="26"/>
        </w:rPr>
        <w:t xml:space="preserve"> champagne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bền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sét</w:t>
      </w:r>
      <w:proofErr w:type="spellEnd"/>
      <w:r>
        <w:rPr>
          <w:sz w:val="26"/>
          <w:szCs w:val="26"/>
        </w:rPr>
        <w:t>.</w:t>
      </w:r>
    </w:p>
    <w:p w14:paraId="00000008" w14:textId="77777777" w:rsidR="00443E72" w:rsidRDefault="00000000">
      <w:pPr>
        <w:spacing w:line="360" w:lineRule="auto"/>
        <w:ind w:left="720"/>
        <w:rPr>
          <w:sz w:val="26"/>
          <w:szCs w:val="26"/>
        </w:rPr>
      </w:pPr>
      <w:proofErr w:type="spellStart"/>
      <w:r>
        <w:rPr>
          <w:sz w:val="26"/>
          <w:szCs w:val="26"/>
        </w:rPr>
        <w:t>Vải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chất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liệu</w:t>
      </w:r>
      <w:proofErr w:type="spellEnd"/>
      <w:r>
        <w:rPr>
          <w:b/>
          <w:sz w:val="26"/>
          <w:szCs w:val="26"/>
        </w:rPr>
        <w:t xml:space="preserve"> PU 230g/m²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thấm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nước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tia</w:t>
      </w:r>
      <w:proofErr w:type="spellEnd"/>
      <w:r>
        <w:rPr>
          <w:sz w:val="26"/>
          <w:szCs w:val="26"/>
        </w:rPr>
        <w:t xml:space="preserve"> UV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tới</w:t>
      </w:r>
      <w:proofErr w:type="spellEnd"/>
      <w:r>
        <w:rPr>
          <w:sz w:val="26"/>
          <w:szCs w:val="26"/>
        </w:rPr>
        <w:t xml:space="preserve"> 1000 </w:t>
      </w:r>
      <w:proofErr w:type="spellStart"/>
      <w:r>
        <w:rPr>
          <w:sz w:val="26"/>
          <w:szCs w:val="26"/>
        </w:rPr>
        <w:t>giờ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nắng</w:t>
      </w:r>
      <w:proofErr w:type="spellEnd"/>
      <w:r>
        <w:rPr>
          <w:sz w:val="26"/>
          <w:szCs w:val="26"/>
        </w:rPr>
        <w:t>.</w:t>
      </w:r>
    </w:p>
    <w:p w14:paraId="00000009" w14:textId="77777777" w:rsidR="00443E72" w:rsidRDefault="00000000">
      <w:pPr>
        <w:spacing w:line="360" w:lineRule="auto"/>
        <w:ind w:left="720"/>
        <w:rPr>
          <w:sz w:val="26"/>
          <w:szCs w:val="26"/>
        </w:rPr>
      </w:pP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2 </w:t>
      </w:r>
      <w:proofErr w:type="spellStart"/>
      <w:r>
        <w:rPr>
          <w:sz w:val="26"/>
          <w:szCs w:val="26"/>
        </w:rPr>
        <w:t>kích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thước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lựa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3m × 3m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2m5 × 2m5</w:t>
      </w:r>
      <w:r>
        <w:rPr>
          <w:sz w:val="26"/>
          <w:szCs w:val="26"/>
        </w:rPr>
        <w:t>.</w:t>
      </w:r>
    </w:p>
    <w:p w14:paraId="0000000A" w14:textId="77777777" w:rsidR="00443E72" w:rsidRDefault="00000000">
      <w:pPr>
        <w:spacing w:line="360" w:lineRule="auto"/>
        <w:ind w:left="720"/>
        <w:rPr>
          <w:sz w:val="26"/>
          <w:szCs w:val="26"/>
        </w:rPr>
      </w:pPr>
      <w:proofErr w:type="spellStart"/>
      <w:r>
        <w:rPr>
          <w:sz w:val="26"/>
          <w:szCs w:val="26"/>
        </w:rPr>
        <w:t>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2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chuẩn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b/>
          <w:sz w:val="26"/>
          <w:szCs w:val="26"/>
        </w:rPr>
        <w:t>đế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nhựa</w:t>
      </w:r>
      <w:proofErr w:type="spellEnd"/>
      <w:r>
        <w:rPr>
          <w:b/>
          <w:sz w:val="26"/>
          <w:szCs w:val="26"/>
        </w:rPr>
        <w:t xml:space="preserve"> ABS 100L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đế</w:t>
      </w:r>
      <w:proofErr w:type="spellEnd"/>
      <w:r>
        <w:rPr>
          <w:b/>
          <w:sz w:val="26"/>
          <w:szCs w:val="26"/>
        </w:rPr>
        <w:t xml:space="preserve"> inox 55×70cm (</w:t>
      </w:r>
      <w:proofErr w:type="spellStart"/>
      <w:r>
        <w:rPr>
          <w:b/>
          <w:sz w:val="26"/>
          <w:szCs w:val="26"/>
        </w:rPr>
        <w:t>đổ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bê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tông</w:t>
      </w:r>
      <w:proofErr w:type="spellEnd"/>
      <w:r>
        <w:rPr>
          <w:b/>
          <w:sz w:val="26"/>
          <w:szCs w:val="26"/>
        </w:rPr>
        <w:t>)</w:t>
      </w:r>
      <w:r>
        <w:rPr>
          <w:sz w:val="26"/>
          <w:szCs w:val="26"/>
        </w:rPr>
        <w:t>.</w:t>
      </w:r>
    </w:p>
    <w:p w14:paraId="0000000B" w14:textId="77777777" w:rsidR="00443E72" w:rsidRDefault="00000000">
      <w:pPr>
        <w:spacing w:line="360" w:lineRule="auto"/>
        <w:ind w:left="720"/>
        <w:rPr>
          <w:b/>
          <w:sz w:val="26"/>
          <w:szCs w:val="26"/>
        </w:rPr>
      </w:pPr>
      <w:r>
        <w:rPr>
          <w:sz w:val="26"/>
          <w:szCs w:val="26"/>
        </w:rPr>
        <w:t xml:space="preserve">Các </w:t>
      </w: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b/>
          <w:sz w:val="26"/>
          <w:szCs w:val="26"/>
        </w:rPr>
        <w:t>Trắng</w:t>
      </w:r>
      <w:proofErr w:type="spellEnd"/>
      <w:r>
        <w:rPr>
          <w:b/>
          <w:sz w:val="26"/>
          <w:szCs w:val="26"/>
        </w:rPr>
        <w:t xml:space="preserve">, Xanh </w:t>
      </w:r>
      <w:proofErr w:type="spellStart"/>
      <w:r>
        <w:rPr>
          <w:b/>
          <w:sz w:val="26"/>
          <w:szCs w:val="26"/>
        </w:rPr>
        <w:t>rêu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Đỏ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mận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và</w:t>
      </w:r>
      <w:proofErr w:type="spellEnd"/>
      <w:r>
        <w:rPr>
          <w:b/>
          <w:sz w:val="26"/>
          <w:szCs w:val="26"/>
        </w:rPr>
        <w:t xml:space="preserve"> Be.</w:t>
      </w:r>
    </w:p>
    <w:p w14:paraId="0000000C" w14:textId="77777777" w:rsidR="00443E72" w:rsidRDefault="00000000">
      <w:pPr>
        <w:spacing w:line="360" w:lineRule="auto"/>
        <w:ind w:left="720"/>
        <w:rPr>
          <w:b/>
          <w:sz w:val="26"/>
          <w:szCs w:val="26"/>
        </w:rPr>
      </w:pPr>
      <w:proofErr w:type="spellStart"/>
      <w:r>
        <w:rPr>
          <w:sz w:val="26"/>
          <w:szCs w:val="26"/>
        </w:rPr>
        <w:t>Tất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bảo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hành</w:t>
      </w:r>
      <w:proofErr w:type="spellEnd"/>
      <w:r>
        <w:rPr>
          <w:b/>
          <w:sz w:val="26"/>
          <w:szCs w:val="26"/>
        </w:rPr>
        <w:t xml:space="preserve"> 12 </w:t>
      </w:r>
      <w:proofErr w:type="spellStart"/>
      <w:r>
        <w:rPr>
          <w:b/>
          <w:sz w:val="26"/>
          <w:szCs w:val="26"/>
        </w:rPr>
        <w:t>tháng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khung</w:t>
      </w:r>
      <w:proofErr w:type="spellEnd"/>
      <w:r>
        <w:rPr>
          <w:b/>
          <w:sz w:val="26"/>
          <w:szCs w:val="26"/>
        </w:rPr>
        <w:t xml:space="preserve">, 6 </w:t>
      </w:r>
      <w:proofErr w:type="spellStart"/>
      <w:r>
        <w:rPr>
          <w:b/>
          <w:sz w:val="26"/>
          <w:szCs w:val="26"/>
        </w:rPr>
        <w:t>tháng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vải</w:t>
      </w:r>
      <w:proofErr w:type="spellEnd"/>
      <w:r>
        <w:rPr>
          <w:b/>
          <w:sz w:val="26"/>
          <w:szCs w:val="26"/>
        </w:rPr>
        <w:t>.</w:t>
      </w:r>
    </w:p>
    <w:p w14:paraId="0000000D" w14:textId="77777777" w:rsidR="00443E72" w:rsidRDefault="00000000">
      <w:pPr>
        <w:numPr>
          <w:ilvl w:val="0"/>
          <w:numId w:val="5"/>
        </w:numPr>
        <w:spacing w:after="0" w:line="360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Mô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tả</w:t>
      </w:r>
      <w:proofErr w:type="spellEnd"/>
      <w:r>
        <w:rPr>
          <w:b/>
          <w:sz w:val="26"/>
          <w:szCs w:val="26"/>
        </w:rPr>
        <w:t xml:space="preserve"> chi </w:t>
      </w:r>
      <w:proofErr w:type="spellStart"/>
      <w:r>
        <w:rPr>
          <w:b/>
          <w:sz w:val="26"/>
          <w:szCs w:val="26"/>
        </w:rPr>
        <w:t>tiết</w:t>
      </w:r>
      <w:proofErr w:type="spellEnd"/>
      <w:r>
        <w:rPr>
          <w:b/>
          <w:sz w:val="26"/>
          <w:szCs w:val="26"/>
        </w:rPr>
        <w:t>:</w:t>
      </w:r>
    </w:p>
    <w:p w14:paraId="0000000E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Loại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khung</w:t>
      </w:r>
      <w:proofErr w:type="spellEnd"/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Nhôm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tĩnh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điện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champagne sang </w:t>
      </w:r>
      <w:proofErr w:type="spellStart"/>
      <w:r>
        <w:rPr>
          <w:sz w:val="26"/>
          <w:szCs w:val="26"/>
        </w:rPr>
        <w:t>trọng</w:t>
      </w:r>
      <w:proofErr w:type="spellEnd"/>
      <w:r>
        <w:rPr>
          <w:sz w:val="26"/>
          <w:szCs w:val="26"/>
        </w:rPr>
        <w:t>.</w:t>
      </w:r>
    </w:p>
    <w:p w14:paraId="0000000F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2 </w:t>
      </w:r>
      <w:proofErr w:type="spellStart"/>
      <w:r>
        <w:rPr>
          <w:b/>
          <w:sz w:val="26"/>
          <w:szCs w:val="26"/>
        </w:rPr>
        <w:t>kích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thước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tán</w:t>
      </w:r>
      <w:proofErr w:type="spellEnd"/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3m x 3m (</w:t>
      </w:r>
      <w:proofErr w:type="spellStart"/>
      <w:r>
        <w:rPr>
          <w:sz w:val="26"/>
          <w:szCs w:val="26"/>
        </w:rPr>
        <w:t>vuông</w:t>
      </w:r>
      <w:proofErr w:type="spellEnd"/>
      <w:r>
        <w:rPr>
          <w:sz w:val="26"/>
          <w:szCs w:val="26"/>
        </w:rPr>
        <w:t>), 2m5x2m5 (</w:t>
      </w:r>
      <w:proofErr w:type="spellStart"/>
      <w:r>
        <w:rPr>
          <w:sz w:val="26"/>
          <w:szCs w:val="26"/>
        </w:rPr>
        <w:t>vuông</w:t>
      </w:r>
      <w:proofErr w:type="spellEnd"/>
      <w:r>
        <w:rPr>
          <w:sz w:val="26"/>
          <w:szCs w:val="26"/>
        </w:rPr>
        <w:t>)</w:t>
      </w:r>
    </w:p>
    <w:p w14:paraId="00000010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Kiểu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dáng</w:t>
      </w:r>
      <w:proofErr w:type="spellEnd"/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Lệch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tâm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vuông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xoay</w:t>
      </w:r>
      <w:proofErr w:type="spellEnd"/>
      <w:r>
        <w:rPr>
          <w:sz w:val="26"/>
          <w:szCs w:val="26"/>
        </w:rPr>
        <w:t xml:space="preserve"> 360°, </w:t>
      </w:r>
      <w:proofErr w:type="spellStart"/>
      <w:r>
        <w:rPr>
          <w:sz w:val="26"/>
          <w:szCs w:val="26"/>
        </w:rPr>
        <w:t>điều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chỉnh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góc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nghiêng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>.</w:t>
      </w:r>
    </w:p>
    <w:p w14:paraId="00000011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Vải</w:t>
      </w:r>
      <w:proofErr w:type="spellEnd"/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Polyester PU 230g/m² – </w:t>
      </w:r>
      <w:proofErr w:type="spellStart"/>
      <w:r>
        <w:rPr>
          <w:sz w:val="26"/>
          <w:szCs w:val="26"/>
        </w:rPr>
        <w:t>chống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thấm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tia</w:t>
      </w:r>
      <w:proofErr w:type="spellEnd"/>
      <w:r>
        <w:rPr>
          <w:sz w:val="26"/>
          <w:szCs w:val="26"/>
        </w:rPr>
        <w:t xml:space="preserve"> UV, </w:t>
      </w:r>
      <w:proofErr w:type="spellStart"/>
      <w:r>
        <w:rPr>
          <w:sz w:val="26"/>
          <w:szCs w:val="26"/>
        </w:rPr>
        <w:t>bền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1000 </w:t>
      </w:r>
      <w:proofErr w:type="spellStart"/>
      <w:r>
        <w:rPr>
          <w:sz w:val="26"/>
          <w:szCs w:val="26"/>
        </w:rPr>
        <w:t>giờ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nắng</w:t>
      </w:r>
      <w:proofErr w:type="spellEnd"/>
      <w:r>
        <w:rPr>
          <w:sz w:val="26"/>
          <w:szCs w:val="26"/>
        </w:rPr>
        <w:t>.</w:t>
      </w:r>
    </w:p>
    <w:p w14:paraId="00000012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Màu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vải</w:t>
      </w:r>
      <w:proofErr w:type="spellEnd"/>
      <w:r>
        <w:rPr>
          <w:b/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Trắng</w:t>
      </w:r>
      <w:proofErr w:type="spellEnd"/>
      <w:r>
        <w:rPr>
          <w:sz w:val="26"/>
          <w:szCs w:val="26"/>
        </w:rPr>
        <w:t xml:space="preserve">, Xanh </w:t>
      </w:r>
      <w:proofErr w:type="spellStart"/>
      <w:r>
        <w:rPr>
          <w:sz w:val="26"/>
          <w:szCs w:val="26"/>
        </w:rPr>
        <w:t>rêu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mận</w:t>
      </w:r>
      <w:proofErr w:type="spellEnd"/>
      <w:r>
        <w:rPr>
          <w:sz w:val="26"/>
          <w:szCs w:val="26"/>
        </w:rPr>
        <w:t xml:space="preserve">, Be </w:t>
      </w:r>
      <w:proofErr w:type="spellStart"/>
      <w:r>
        <w:rPr>
          <w:sz w:val="26"/>
          <w:szCs w:val="26"/>
        </w:rPr>
        <w:t>sáng</w:t>
      </w:r>
      <w:proofErr w:type="spellEnd"/>
    </w:p>
    <w:p w14:paraId="00000013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r>
        <w:rPr>
          <w:b/>
          <w:sz w:val="26"/>
          <w:szCs w:val="26"/>
        </w:rPr>
        <w:t>Logo: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tag logo ROMA </w:t>
      </w:r>
      <w:proofErr w:type="spellStart"/>
      <w:r>
        <w:rPr>
          <w:sz w:val="26"/>
          <w:szCs w:val="26"/>
        </w:rPr>
        <w:t>bên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tán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cầm</w:t>
      </w:r>
      <w:proofErr w:type="spellEnd"/>
      <w:r>
        <w:rPr>
          <w:sz w:val="26"/>
          <w:szCs w:val="26"/>
        </w:rPr>
        <w:t xml:space="preserve"> &amp; bao </w:t>
      </w:r>
      <w:proofErr w:type="spellStart"/>
      <w:r>
        <w:rPr>
          <w:sz w:val="26"/>
          <w:szCs w:val="26"/>
        </w:rPr>
        <w:t>bì</w:t>
      </w:r>
      <w:proofErr w:type="spellEnd"/>
      <w:r>
        <w:rPr>
          <w:sz w:val="26"/>
          <w:szCs w:val="26"/>
        </w:rPr>
        <w:t xml:space="preserve"> </w:t>
      </w:r>
    </w:p>
    <w:p w14:paraId="00000014" w14:textId="77777777" w:rsidR="00443E72" w:rsidRDefault="00000000">
      <w:pPr>
        <w:numPr>
          <w:ilvl w:val="1"/>
          <w:numId w:val="5"/>
        </w:numPr>
        <w:spacing w:after="0" w:line="360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Loại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đế</w:t>
      </w:r>
      <w:proofErr w:type="spellEnd"/>
      <w:r>
        <w:rPr>
          <w:b/>
          <w:sz w:val="26"/>
          <w:szCs w:val="26"/>
        </w:rPr>
        <w:t>:</w:t>
      </w:r>
    </w:p>
    <w:p w14:paraId="00000015" w14:textId="77777777" w:rsidR="00443E72" w:rsidRDefault="00000000">
      <w:pPr>
        <w:numPr>
          <w:ilvl w:val="2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Đế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nhựa</w:t>
      </w:r>
      <w:proofErr w:type="spellEnd"/>
      <w:r>
        <w:rPr>
          <w:b/>
          <w:sz w:val="26"/>
          <w:szCs w:val="26"/>
        </w:rPr>
        <w:t xml:space="preserve"> ABS 100L</w:t>
      </w:r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kích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thước</w:t>
      </w:r>
      <w:proofErr w:type="spellEnd"/>
      <w:r>
        <w:rPr>
          <w:sz w:val="26"/>
          <w:szCs w:val="26"/>
        </w:rPr>
        <w:t xml:space="preserve"> 84x84cm,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nước</w:t>
      </w:r>
      <w:proofErr w:type="spell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cát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trọng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  <w:r>
        <w:rPr>
          <w:sz w:val="26"/>
          <w:szCs w:val="26"/>
        </w:rPr>
        <w:t xml:space="preserve"> 100kg </w:t>
      </w:r>
      <w:proofErr w:type="spellStart"/>
      <w:r>
        <w:rPr>
          <w:sz w:val="26"/>
          <w:szCs w:val="26"/>
        </w:rPr>
        <w:t>nếu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nước</w:t>
      </w:r>
      <w:proofErr w:type="spellEnd"/>
      <w:r>
        <w:rPr>
          <w:sz w:val="26"/>
          <w:szCs w:val="26"/>
        </w:rPr>
        <w:t xml:space="preserve">, ~120kg </w:t>
      </w:r>
      <w:proofErr w:type="spellStart"/>
      <w:r>
        <w:rPr>
          <w:sz w:val="26"/>
          <w:szCs w:val="26"/>
        </w:rPr>
        <w:t>nếu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cát</w:t>
      </w:r>
      <w:proofErr w:type="spellEnd"/>
      <w:r>
        <w:rPr>
          <w:sz w:val="26"/>
          <w:szCs w:val="26"/>
        </w:rPr>
        <w:t>.</w:t>
      </w:r>
    </w:p>
    <w:p w14:paraId="00000016" w14:textId="77777777" w:rsidR="00443E72" w:rsidRDefault="00000000">
      <w:pPr>
        <w:numPr>
          <w:ilvl w:val="2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inox – </w:t>
      </w:r>
      <w:proofErr w:type="spellStart"/>
      <w:r>
        <w:rPr>
          <w:sz w:val="26"/>
          <w:szCs w:val="26"/>
        </w:rPr>
        <w:t>kích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thước</w:t>
      </w:r>
      <w:proofErr w:type="spellEnd"/>
      <w:r>
        <w:rPr>
          <w:sz w:val="26"/>
          <w:szCs w:val="26"/>
        </w:rPr>
        <w:t xml:space="preserve"> 55x70cm, </w:t>
      </w:r>
      <w:proofErr w:type="spellStart"/>
      <w:r>
        <w:rPr>
          <w:sz w:val="26"/>
          <w:szCs w:val="26"/>
        </w:rPr>
        <w:t>đổ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70-80kg</w:t>
      </w:r>
    </w:p>
    <w:p w14:paraId="00000017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Trọng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lượng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bộ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khung</w:t>
      </w:r>
      <w:proofErr w:type="spellEnd"/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~16kg (</w:t>
      </w:r>
      <w:proofErr w:type="spellStart"/>
      <w:r>
        <w:rPr>
          <w:sz w:val="26"/>
          <w:szCs w:val="26"/>
        </w:rPr>
        <w:t>chưa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>).</w:t>
      </w:r>
    </w:p>
    <w:p w14:paraId="00000018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Bảo </w:t>
      </w:r>
      <w:proofErr w:type="spellStart"/>
      <w:r>
        <w:rPr>
          <w:b/>
          <w:sz w:val="26"/>
          <w:szCs w:val="26"/>
        </w:rPr>
        <w:t>hành</w:t>
      </w:r>
      <w:proofErr w:type="spellEnd"/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12 </w:t>
      </w:r>
      <w:proofErr w:type="spellStart"/>
      <w:r>
        <w:rPr>
          <w:sz w:val="26"/>
          <w:szCs w:val="26"/>
        </w:rPr>
        <w:t>tháng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nan, 6 </w:t>
      </w:r>
      <w:proofErr w:type="spellStart"/>
      <w:r>
        <w:rPr>
          <w:sz w:val="26"/>
          <w:szCs w:val="26"/>
        </w:rPr>
        <w:t>tháng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vải</w:t>
      </w:r>
      <w:proofErr w:type="spellEnd"/>
      <w:r>
        <w:rPr>
          <w:sz w:val="26"/>
          <w:szCs w:val="26"/>
        </w:rPr>
        <w:t>.</w:t>
      </w:r>
    </w:p>
    <w:p w14:paraId="00000019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Phụ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kiện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đi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kèm</w:t>
      </w:r>
      <w:proofErr w:type="spellEnd"/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Tay quay, </w:t>
      </w:r>
      <w:proofErr w:type="spellStart"/>
      <w:r>
        <w:rPr>
          <w:sz w:val="26"/>
          <w:szCs w:val="26"/>
        </w:rPr>
        <w:t>chốt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khóa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lắp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đặt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hướng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dẫn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>.</w:t>
      </w:r>
    </w:p>
    <w:p w14:paraId="0000001A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Phạm vi </w:t>
      </w:r>
      <w:proofErr w:type="spellStart"/>
      <w:r>
        <w:rPr>
          <w:b/>
          <w:sz w:val="26"/>
          <w:szCs w:val="26"/>
        </w:rPr>
        <w:t>lắp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đặt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hỗ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trợ</w:t>
      </w:r>
      <w:proofErr w:type="spellEnd"/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Miễn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kính</w:t>
      </w:r>
      <w:proofErr w:type="spellEnd"/>
      <w:r>
        <w:rPr>
          <w:sz w:val="26"/>
          <w:szCs w:val="26"/>
        </w:rPr>
        <w:t xml:space="preserve"> 50km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Hà Nội.</w:t>
      </w:r>
    </w:p>
    <w:p w14:paraId="0000001B" w14:textId="77777777" w:rsidR="00443E72" w:rsidRDefault="00000000">
      <w:pPr>
        <w:numPr>
          <w:ilvl w:val="1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Ảnh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minh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họa</w:t>
      </w:r>
      <w:proofErr w:type="spellEnd"/>
      <w:r>
        <w:rPr>
          <w:b/>
          <w:sz w:val="26"/>
          <w:szCs w:val="26"/>
        </w:rPr>
        <w:t>:</w:t>
      </w:r>
    </w:p>
    <w:p w14:paraId="0000001C" w14:textId="77777777" w:rsidR="00443E72" w:rsidRDefault="00000000">
      <w:pPr>
        <w:numPr>
          <w:ilvl w:val="2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: </w:t>
      </w:r>
    </w:p>
    <w:p w14:paraId="0000001D" w14:textId="77777777" w:rsidR="00443E72" w:rsidRDefault="00000000">
      <w:pPr>
        <w:numPr>
          <w:ilvl w:val="3"/>
          <w:numId w:val="5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Ô 3m &amp;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nhựa</w:t>
      </w:r>
      <w:proofErr w:type="spellEnd"/>
      <w:r>
        <w:rPr>
          <w:sz w:val="26"/>
          <w:szCs w:val="26"/>
        </w:rPr>
        <w:t xml:space="preserve">: </w:t>
      </w:r>
    </w:p>
    <w:p w14:paraId="0000001E" w14:textId="77777777" w:rsidR="00443E72" w:rsidRDefault="00000000">
      <w:pPr>
        <w:numPr>
          <w:ilvl w:val="4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Đỏ</w:t>
      </w:r>
      <w:proofErr w:type="spellEnd"/>
      <w:r>
        <w:rPr>
          <w:sz w:val="26"/>
          <w:szCs w:val="26"/>
        </w:rPr>
        <w:t xml:space="preserve">: </w:t>
      </w:r>
      <w:hyperlink r:id="rId6">
        <w:r>
          <w:rPr>
            <w:color w:val="1155CC"/>
            <w:sz w:val="26"/>
            <w:szCs w:val="26"/>
            <w:u w:val="single"/>
          </w:rPr>
          <w:t>https://content.pancake.vn/2-25/2025/7/30/0483f47d8439836e8cc15ac99ad9492c360fb569.jp</w:t>
        </w:r>
      </w:hyperlink>
      <w:r>
        <w:rPr>
          <w:sz w:val="26"/>
          <w:szCs w:val="26"/>
        </w:rPr>
        <w:t xml:space="preserve"> ; </w:t>
      </w:r>
      <w:hyperlink r:id="rId7">
        <w:r>
          <w:rPr>
            <w:color w:val="1155CC"/>
            <w:sz w:val="26"/>
            <w:szCs w:val="26"/>
            <w:u w:val="single"/>
          </w:rPr>
          <w:t>https://content.pancake.vn/2-25/2025/4/26/abe9c134e1ba2c7a939de2ca782601d29b86feed.jpg</w:t>
        </w:r>
      </w:hyperlink>
      <w:r>
        <w:rPr>
          <w:sz w:val="26"/>
          <w:szCs w:val="26"/>
        </w:rPr>
        <w:t xml:space="preserve"> ; </w:t>
      </w:r>
      <w:hyperlink r:id="rId8">
        <w:r>
          <w:rPr>
            <w:color w:val="1155CC"/>
            <w:sz w:val="26"/>
            <w:szCs w:val="26"/>
            <w:u w:val="single"/>
          </w:rPr>
          <w:t>https://content.pancake.vn/2-</w:t>
        </w:r>
        <w:r>
          <w:rPr>
            <w:color w:val="1155CC"/>
            <w:sz w:val="26"/>
            <w:szCs w:val="26"/>
            <w:u w:val="single"/>
          </w:rPr>
          <w:lastRenderedPageBreak/>
          <w:t>24/2024/11/22/3cce077c03157473f8f15bcf64e82bfa244a5447.jpg</w:t>
        </w:r>
      </w:hyperlink>
      <w:r>
        <w:rPr>
          <w:sz w:val="26"/>
          <w:szCs w:val="26"/>
        </w:rPr>
        <w:t xml:space="preserve"> </w:t>
      </w:r>
    </w:p>
    <w:p w14:paraId="0000001F" w14:textId="77777777" w:rsidR="00443E72" w:rsidRDefault="00000000">
      <w:pPr>
        <w:numPr>
          <w:ilvl w:val="4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Xanh </w:t>
      </w:r>
      <w:proofErr w:type="spellStart"/>
      <w:r>
        <w:rPr>
          <w:sz w:val="26"/>
          <w:szCs w:val="26"/>
        </w:rPr>
        <w:t>rêu</w:t>
      </w:r>
      <w:proofErr w:type="spellEnd"/>
      <w:r>
        <w:rPr>
          <w:sz w:val="26"/>
          <w:szCs w:val="26"/>
        </w:rPr>
        <w:t xml:space="preserve">: </w:t>
      </w:r>
      <w:hyperlink r:id="rId9">
        <w:r>
          <w:rPr>
            <w:color w:val="1155CC"/>
            <w:sz w:val="26"/>
            <w:szCs w:val="26"/>
            <w:u w:val="single"/>
          </w:rPr>
          <w:t>https://content.pancake.vn/2-24/2024/11/23/8bbda430ca3b9ce77af1764f77c3e4718d0bbe8c.jpg</w:t>
        </w:r>
      </w:hyperlink>
      <w:r>
        <w:rPr>
          <w:sz w:val="26"/>
          <w:szCs w:val="26"/>
        </w:rPr>
        <w:t xml:space="preserve"> ; </w:t>
      </w:r>
      <w:hyperlink r:id="rId10">
        <w:r>
          <w:rPr>
            <w:color w:val="1155CC"/>
            <w:sz w:val="26"/>
            <w:szCs w:val="26"/>
            <w:u w:val="single"/>
          </w:rPr>
          <w:t>https://content.pancake.vn/2-24/2024/11/22/74a22052309a0f00a5324bf2db296b5d1cedef1f.jpg</w:t>
        </w:r>
      </w:hyperlink>
      <w:r>
        <w:rPr>
          <w:sz w:val="26"/>
          <w:szCs w:val="26"/>
        </w:rPr>
        <w:t xml:space="preserve"> </w:t>
      </w:r>
    </w:p>
    <w:p w14:paraId="00000020" w14:textId="77777777" w:rsidR="00443E72" w:rsidRDefault="00000000">
      <w:pPr>
        <w:numPr>
          <w:ilvl w:val="4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Trắng</w:t>
      </w:r>
      <w:proofErr w:type="spellEnd"/>
      <w:r>
        <w:rPr>
          <w:sz w:val="26"/>
          <w:szCs w:val="26"/>
        </w:rPr>
        <w:t xml:space="preserve">: </w:t>
      </w:r>
      <w:hyperlink r:id="rId11">
        <w:r>
          <w:rPr>
            <w:color w:val="1155CC"/>
            <w:sz w:val="26"/>
            <w:szCs w:val="26"/>
            <w:u w:val="single"/>
          </w:rPr>
          <w:t>https://content.pancake.vn/2-25/2025/4/26/9f71bb71b228542d552fe19eaa55470b66456d18.jpg</w:t>
        </w:r>
      </w:hyperlink>
      <w:r>
        <w:rPr>
          <w:sz w:val="26"/>
          <w:szCs w:val="26"/>
        </w:rPr>
        <w:t xml:space="preserve"> ; </w:t>
      </w:r>
      <w:hyperlink r:id="rId12">
        <w:r>
          <w:rPr>
            <w:color w:val="1155CC"/>
            <w:sz w:val="26"/>
            <w:szCs w:val="26"/>
            <w:u w:val="single"/>
          </w:rPr>
          <w:t>https://content.pancake.vn/2-24/2024/11/24/2a43c1efeeea552a928d7cfe00b0b532a07517f1.jpg</w:t>
        </w:r>
      </w:hyperlink>
      <w:r>
        <w:rPr>
          <w:sz w:val="26"/>
          <w:szCs w:val="26"/>
        </w:rPr>
        <w:t xml:space="preserve"> ; </w:t>
      </w:r>
      <w:hyperlink r:id="rId13">
        <w:r>
          <w:rPr>
            <w:color w:val="1155CC"/>
            <w:sz w:val="26"/>
            <w:szCs w:val="26"/>
            <w:u w:val="single"/>
          </w:rPr>
          <w:t>https://content.pancake.vn/2-24/2024/11/23/b1e3e084d7dc7c6729b8a5c5f75163ac6056905c.jpg</w:t>
        </w:r>
      </w:hyperlink>
      <w:r>
        <w:rPr>
          <w:sz w:val="26"/>
          <w:szCs w:val="26"/>
        </w:rPr>
        <w:t xml:space="preserve"> </w:t>
      </w:r>
    </w:p>
    <w:p w14:paraId="00000021" w14:textId="77777777" w:rsidR="00443E72" w:rsidRDefault="00000000">
      <w:pPr>
        <w:numPr>
          <w:ilvl w:val="4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Be: </w:t>
      </w:r>
      <w:hyperlink r:id="rId14">
        <w:r>
          <w:rPr>
            <w:color w:val="1155CC"/>
            <w:sz w:val="26"/>
            <w:szCs w:val="26"/>
            <w:u w:val="single"/>
          </w:rPr>
          <w:t>https://content.pancake.vn/2-2510/2025/10/13/c6e1bc2c34a8bc41c29bc78049d1abd32fbb65a9.jpg</w:t>
        </w:r>
      </w:hyperlink>
      <w:r>
        <w:rPr>
          <w:sz w:val="26"/>
          <w:szCs w:val="26"/>
        </w:rPr>
        <w:t xml:space="preserve"> ; </w:t>
      </w:r>
      <w:hyperlink r:id="rId15">
        <w:r>
          <w:rPr>
            <w:color w:val="1155CC"/>
            <w:sz w:val="26"/>
            <w:szCs w:val="26"/>
            <w:u w:val="single"/>
          </w:rPr>
          <w:t>https://content.pancake.vn/2-2510/2025/10/11/ab094cb3e74466e3c7f14b091592d1a62c256504.jpg</w:t>
        </w:r>
      </w:hyperlink>
      <w:r>
        <w:rPr>
          <w:sz w:val="26"/>
          <w:szCs w:val="26"/>
        </w:rPr>
        <w:t xml:space="preserve"> ; </w:t>
      </w:r>
      <w:hyperlink r:id="rId16">
        <w:r>
          <w:rPr>
            <w:color w:val="1155CC"/>
            <w:sz w:val="26"/>
            <w:szCs w:val="26"/>
            <w:u w:val="single"/>
          </w:rPr>
          <w:t>https://content.pancake.vn/2-2510/2025/10/11/9d9a47404db748e2578486aa7613d4ef1717bdfc.jpg</w:t>
        </w:r>
      </w:hyperlink>
      <w:r>
        <w:rPr>
          <w:sz w:val="26"/>
          <w:szCs w:val="26"/>
        </w:rPr>
        <w:t xml:space="preserve"> ; </w:t>
      </w:r>
      <w:hyperlink r:id="rId17">
        <w:r>
          <w:rPr>
            <w:color w:val="1155CC"/>
            <w:sz w:val="26"/>
            <w:szCs w:val="26"/>
            <w:u w:val="single"/>
          </w:rPr>
          <w:t>https://content.pancake.vn/2-</w:t>
        </w:r>
        <w:r>
          <w:rPr>
            <w:color w:val="1155CC"/>
            <w:sz w:val="26"/>
            <w:szCs w:val="26"/>
            <w:u w:val="single"/>
          </w:rPr>
          <w:lastRenderedPageBreak/>
          <w:t>24/2024/11/22/a89aaf118b4d2b167928d6fc439321755284052c.jpg</w:t>
        </w:r>
      </w:hyperlink>
      <w:r>
        <w:rPr>
          <w:sz w:val="26"/>
          <w:szCs w:val="26"/>
        </w:rPr>
        <w:t xml:space="preserve"> ; </w:t>
      </w:r>
      <w:hyperlink r:id="rId18">
        <w:r>
          <w:rPr>
            <w:color w:val="1155CC"/>
            <w:sz w:val="26"/>
            <w:szCs w:val="26"/>
            <w:u w:val="single"/>
          </w:rPr>
          <w:t>https://content.pancake.vn/2-25/2025/4/28/150a7db7ef83f6ea8dcdee393187beff2d33d70a.jpg</w:t>
        </w:r>
      </w:hyperlink>
      <w:r>
        <w:rPr>
          <w:sz w:val="26"/>
          <w:szCs w:val="26"/>
        </w:rPr>
        <w:t xml:space="preserve"> </w:t>
      </w:r>
    </w:p>
    <w:p w14:paraId="00000022" w14:textId="77777777" w:rsidR="00443E72" w:rsidRDefault="00000000">
      <w:pPr>
        <w:numPr>
          <w:ilvl w:val="2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vải</w:t>
      </w:r>
      <w:proofErr w:type="spellEnd"/>
      <w:r>
        <w:rPr>
          <w:sz w:val="26"/>
          <w:szCs w:val="26"/>
        </w:rPr>
        <w:t xml:space="preserve"> – logo ROMA – </w:t>
      </w:r>
      <w:proofErr w:type="spellStart"/>
      <w:r>
        <w:rPr>
          <w:sz w:val="26"/>
          <w:szCs w:val="26"/>
        </w:rPr>
        <w:t>khung</w:t>
      </w:r>
      <w:proofErr w:type="spellEnd"/>
      <w:r>
        <w:rPr>
          <w:sz w:val="26"/>
          <w:szCs w:val="26"/>
        </w:rPr>
        <w:t xml:space="preserve"> champagne</w:t>
      </w:r>
    </w:p>
    <w:p w14:paraId="00000023" w14:textId="77777777" w:rsidR="00443E72" w:rsidRDefault="00000000">
      <w:pPr>
        <w:numPr>
          <w:ilvl w:val="3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Vải</w:t>
      </w:r>
      <w:proofErr w:type="spellEnd"/>
      <w:r>
        <w:rPr>
          <w:sz w:val="26"/>
          <w:szCs w:val="26"/>
        </w:rPr>
        <w:t xml:space="preserve"> ô: </w:t>
      </w:r>
      <w:hyperlink r:id="rId19">
        <w:r>
          <w:rPr>
            <w:color w:val="1155CC"/>
            <w:sz w:val="26"/>
            <w:szCs w:val="26"/>
            <w:u w:val="single"/>
          </w:rPr>
          <w:t>https://content.pancake.vn/2-2510/2025/10/25/9b41c1d464e65b9ee5a8ac514a3ee4040c5c0b84.jpg</w:t>
        </w:r>
      </w:hyperlink>
      <w:r>
        <w:rPr>
          <w:sz w:val="26"/>
          <w:szCs w:val="26"/>
        </w:rPr>
        <w:t xml:space="preserve"> ; </w:t>
      </w:r>
      <w:hyperlink r:id="rId20">
        <w:r>
          <w:rPr>
            <w:color w:val="1155CC"/>
            <w:sz w:val="26"/>
            <w:szCs w:val="26"/>
            <w:u w:val="single"/>
          </w:rPr>
          <w:t>https://content.pancake.vn/2-2510/2025/10/25/56d0f8fdfe3ace4794c609f89e4a883204b3442f.jpg</w:t>
        </w:r>
      </w:hyperlink>
      <w:r>
        <w:rPr>
          <w:sz w:val="26"/>
          <w:szCs w:val="26"/>
        </w:rPr>
        <w:t xml:space="preserve"> </w:t>
      </w:r>
    </w:p>
    <w:p w14:paraId="00000024" w14:textId="77777777" w:rsidR="00443E72" w:rsidRDefault="00000000">
      <w:pPr>
        <w:numPr>
          <w:ilvl w:val="3"/>
          <w:numId w:val="5"/>
        </w:numPr>
        <w:spacing w:after="0" w:line="360" w:lineRule="auto"/>
        <w:rPr>
          <w:sz w:val="26"/>
          <w:szCs w:val="26"/>
        </w:rPr>
      </w:pPr>
      <w:hyperlink r:id="rId21">
        <w:r>
          <w:rPr>
            <w:color w:val="1155CC"/>
            <w:sz w:val="26"/>
            <w:szCs w:val="26"/>
            <w:u w:val="single"/>
          </w:rPr>
          <w:t>https://content.pancake.vn/2-2510/2025/10/25/073e0b4cd47dd8334c1b6b0a2dbe7b14137efbe1.jpg</w:t>
        </w:r>
      </w:hyperlink>
      <w:r>
        <w:rPr>
          <w:sz w:val="26"/>
          <w:szCs w:val="26"/>
        </w:rPr>
        <w:t xml:space="preserve"> </w:t>
      </w:r>
    </w:p>
    <w:p w14:paraId="00000025" w14:textId="77777777" w:rsidR="00443E72" w:rsidRDefault="00000000">
      <w:pPr>
        <w:numPr>
          <w:ilvl w:val="3"/>
          <w:numId w:val="5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Khung champagne </w:t>
      </w:r>
      <w:hyperlink r:id="rId22">
        <w:r>
          <w:rPr>
            <w:color w:val="1155CC"/>
            <w:sz w:val="26"/>
            <w:szCs w:val="26"/>
            <w:u w:val="single"/>
          </w:rPr>
          <w:t>https://content.pancake.vn/2-2510/2025/10/25/47567800854e6b38157b4e532a3a2b54d0a772e7.jpg</w:t>
        </w:r>
      </w:hyperlink>
      <w:r>
        <w:rPr>
          <w:sz w:val="26"/>
          <w:szCs w:val="26"/>
        </w:rPr>
        <w:t xml:space="preserve"> </w:t>
      </w:r>
    </w:p>
    <w:p w14:paraId="00000026" w14:textId="77777777" w:rsidR="00443E72" w:rsidRDefault="00000000">
      <w:pPr>
        <w:numPr>
          <w:ilvl w:val="2"/>
          <w:numId w:val="5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quán</w:t>
      </w:r>
      <w:proofErr w:type="spellEnd"/>
      <w:r>
        <w:rPr>
          <w:sz w:val="26"/>
          <w:szCs w:val="26"/>
        </w:rPr>
        <w:t xml:space="preserve"> café, resort</w:t>
      </w:r>
    </w:p>
    <w:p w14:paraId="00000027" w14:textId="77777777" w:rsidR="00443E72" w:rsidRDefault="00000000">
      <w:pPr>
        <w:numPr>
          <w:ilvl w:val="3"/>
          <w:numId w:val="5"/>
        </w:numPr>
        <w:spacing w:after="0" w:line="360" w:lineRule="auto"/>
        <w:rPr>
          <w:sz w:val="26"/>
          <w:szCs w:val="26"/>
        </w:rPr>
      </w:pPr>
      <w:hyperlink r:id="rId23">
        <w:r>
          <w:rPr>
            <w:color w:val="1155CC"/>
            <w:sz w:val="26"/>
            <w:szCs w:val="26"/>
            <w:u w:val="single"/>
          </w:rPr>
          <w:t>https://content.pancake.vn/2-25/2025/2/18/09d770dd7ccc1a5ed7edffb3ab275f23b5456884.jpg</w:t>
        </w:r>
      </w:hyperlink>
      <w:r>
        <w:rPr>
          <w:sz w:val="26"/>
          <w:szCs w:val="26"/>
        </w:rPr>
        <w:t xml:space="preserve"> ; </w:t>
      </w:r>
      <w:hyperlink r:id="rId24">
        <w:r>
          <w:rPr>
            <w:color w:val="1155CC"/>
            <w:sz w:val="26"/>
            <w:szCs w:val="26"/>
            <w:u w:val="single"/>
          </w:rPr>
          <w:t>https://content.pancake.vn/2-25/2025/3/15/783ab132f2187e0d455e3b65e79c2dee310e196b.jpg</w:t>
        </w:r>
      </w:hyperlink>
      <w:r>
        <w:rPr>
          <w:sz w:val="26"/>
          <w:szCs w:val="26"/>
        </w:rPr>
        <w:t xml:space="preserve"> ; </w:t>
      </w:r>
      <w:hyperlink r:id="rId25">
        <w:r>
          <w:rPr>
            <w:color w:val="1155CC"/>
            <w:sz w:val="26"/>
            <w:szCs w:val="26"/>
            <w:u w:val="single"/>
          </w:rPr>
          <w:t>https://content.pancake.vn/2-25/2025/2/18/7077eadd891e1769d7f064d8f71fe1e3e7f098e7.jpg</w:t>
        </w:r>
      </w:hyperlink>
      <w:r>
        <w:rPr>
          <w:sz w:val="26"/>
          <w:szCs w:val="26"/>
        </w:rPr>
        <w:t xml:space="preserve"> </w:t>
      </w:r>
    </w:p>
    <w:p w14:paraId="00000028" w14:textId="77777777" w:rsidR="00443E72" w:rsidRDefault="00000000">
      <w:pPr>
        <w:numPr>
          <w:ilvl w:val="2"/>
          <w:numId w:val="5"/>
        </w:numPr>
        <w:spacing w:after="24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thuật</w:t>
      </w:r>
      <w:proofErr w:type="spellEnd"/>
      <w:r>
        <w:rPr>
          <w:sz w:val="26"/>
          <w:szCs w:val="26"/>
        </w:rPr>
        <w:t xml:space="preserve">: </w:t>
      </w:r>
      <w:hyperlink r:id="rId26">
        <w:r>
          <w:rPr>
            <w:color w:val="1155CC"/>
            <w:sz w:val="26"/>
            <w:szCs w:val="26"/>
            <w:u w:val="single"/>
          </w:rPr>
          <w:t>https://content.pancake.vn/2-2510/2025/10/26/9c00a73c228e308cb78a557ebad1f56</w:t>
        </w:r>
        <w:r>
          <w:rPr>
            <w:color w:val="1155CC"/>
            <w:sz w:val="26"/>
            <w:szCs w:val="26"/>
            <w:u w:val="single"/>
          </w:rPr>
          <w:lastRenderedPageBreak/>
          <w:t>1e14ce571.png</w:t>
        </w:r>
      </w:hyperlink>
      <w:r>
        <w:rPr>
          <w:sz w:val="26"/>
          <w:szCs w:val="26"/>
        </w:rPr>
        <w:t xml:space="preserve"> ; </w:t>
      </w:r>
      <w:hyperlink r:id="rId27">
        <w:r>
          <w:rPr>
            <w:color w:val="1155CC"/>
            <w:sz w:val="26"/>
            <w:szCs w:val="26"/>
            <w:u w:val="single"/>
          </w:rPr>
          <w:t>https://content.pancake.vn/2-2510/2025/10/25/e1f852037686f16421b9143821184767eae0fed6.jpg</w:t>
        </w:r>
      </w:hyperlink>
      <w:r>
        <w:rPr>
          <w:sz w:val="26"/>
          <w:szCs w:val="26"/>
        </w:rPr>
        <w:t xml:space="preserve"> </w:t>
      </w:r>
    </w:p>
    <w:p w14:paraId="00000029" w14:textId="77777777" w:rsidR="00443E72" w:rsidRDefault="00000000">
      <w:pPr>
        <w:spacing w:before="240" w:after="240" w:line="360" w:lineRule="auto"/>
        <w:ind w:left="720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Điểm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nổi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bật</w:t>
      </w:r>
      <w:proofErr w:type="spellEnd"/>
      <w:r>
        <w:rPr>
          <w:b/>
          <w:sz w:val="26"/>
          <w:szCs w:val="26"/>
        </w:rPr>
        <w:t>:</w:t>
      </w:r>
      <w:r>
        <w:rPr>
          <w:b/>
          <w:sz w:val="26"/>
          <w:szCs w:val="26"/>
        </w:rPr>
        <w:br/>
      </w:r>
      <w:r>
        <w:rPr>
          <w:sz w:val="26"/>
          <w:szCs w:val="26"/>
        </w:rPr>
        <w:t xml:space="preserve"> ✅ Sang </w:t>
      </w:r>
      <w:proofErr w:type="spellStart"/>
      <w:r>
        <w:rPr>
          <w:sz w:val="26"/>
          <w:szCs w:val="26"/>
        </w:rPr>
        <w:t>trọng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Bền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bỉ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1</w:t>
      </w:r>
      <w:r>
        <w:rPr>
          <w:sz w:val="26"/>
          <w:szCs w:val="26"/>
        </w:rPr>
        <w:br/>
        <w:t xml:space="preserve"> ✅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logo </w:t>
      </w:r>
      <w:proofErr w:type="spellStart"/>
      <w:r>
        <w:rPr>
          <w:sz w:val="26"/>
          <w:szCs w:val="26"/>
        </w:rPr>
        <w:t>thương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hiệu</w:t>
      </w:r>
      <w:proofErr w:type="spellEnd"/>
      <w:r>
        <w:rPr>
          <w:sz w:val="26"/>
          <w:szCs w:val="26"/>
        </w:rPr>
        <w:t xml:space="preserve"> ROMA – </w:t>
      </w:r>
      <w:proofErr w:type="spellStart"/>
      <w:r>
        <w:rPr>
          <w:sz w:val="26"/>
          <w:szCs w:val="26"/>
        </w:rPr>
        <w:t>chống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nhái</w:t>
      </w:r>
      <w:proofErr w:type="spellEnd"/>
      <w:r>
        <w:rPr>
          <w:sz w:val="26"/>
          <w:szCs w:val="26"/>
        </w:rPr>
        <w:br/>
        <w:t xml:space="preserve"> ✅ Khung </w:t>
      </w:r>
      <w:proofErr w:type="spellStart"/>
      <w:r>
        <w:rPr>
          <w:sz w:val="26"/>
          <w:szCs w:val="26"/>
        </w:rPr>
        <w:t>nhôm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dày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vải</w:t>
      </w:r>
      <w:proofErr w:type="spellEnd"/>
      <w:r>
        <w:rPr>
          <w:sz w:val="26"/>
          <w:szCs w:val="26"/>
        </w:rPr>
        <w:t xml:space="preserve"> PU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, quay 360° </w:t>
      </w:r>
      <w:proofErr w:type="spellStart"/>
      <w:r>
        <w:rPr>
          <w:sz w:val="26"/>
          <w:szCs w:val="26"/>
        </w:rPr>
        <w:t>linh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br/>
        <w:t xml:space="preserve"> ✅ Bảo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&amp; </w:t>
      </w:r>
      <w:proofErr w:type="spellStart"/>
      <w:r>
        <w:rPr>
          <w:sz w:val="26"/>
          <w:szCs w:val="26"/>
        </w:rPr>
        <w:t>hậu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ràng</w:t>
      </w:r>
      <w:proofErr w:type="spellEnd"/>
    </w:p>
    <w:p w14:paraId="0000002A" w14:textId="77777777" w:rsidR="00443E72" w:rsidRDefault="00000000">
      <w:pPr>
        <w:pStyle w:val="Heading2"/>
        <w:keepNext w:val="0"/>
        <w:keepLines w:val="0"/>
        <w:spacing w:before="360" w:after="80" w:line="360" w:lineRule="auto"/>
        <w:rPr>
          <w:rFonts w:ascii="Cambria" w:eastAsia="Cambria" w:hAnsi="Cambria" w:cs="Cambria"/>
          <w:color w:val="783F04"/>
        </w:rPr>
      </w:pPr>
      <w:bookmarkStart w:id="3" w:name="_heading=h.6ifyhjghr1kw" w:colFirst="0" w:colLast="0"/>
      <w:bookmarkEnd w:id="3"/>
      <w:r>
        <w:rPr>
          <w:rFonts w:ascii="Cambria" w:eastAsia="Cambria" w:hAnsi="Cambria" w:cs="Cambria"/>
          <w:color w:val="783F04"/>
        </w:rPr>
        <w:t xml:space="preserve">2. </w:t>
      </w:r>
      <w:proofErr w:type="spellStart"/>
      <w:r>
        <w:rPr>
          <w:rFonts w:ascii="Cambria" w:eastAsia="Cambria" w:hAnsi="Cambria" w:cs="Cambria"/>
          <w:color w:val="783F04"/>
        </w:rPr>
        <w:t>Phiên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bản</w:t>
      </w:r>
      <w:proofErr w:type="spellEnd"/>
      <w:r>
        <w:rPr>
          <w:rFonts w:ascii="Cambria" w:eastAsia="Cambria" w:hAnsi="Cambria" w:cs="Cambria"/>
          <w:color w:val="783F04"/>
        </w:rPr>
        <w:t xml:space="preserve"> &amp; </w:t>
      </w:r>
      <w:proofErr w:type="spellStart"/>
      <w:r>
        <w:rPr>
          <w:rFonts w:ascii="Cambria" w:eastAsia="Cambria" w:hAnsi="Cambria" w:cs="Cambria"/>
          <w:color w:val="783F04"/>
        </w:rPr>
        <w:t>giá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bán</w:t>
      </w:r>
      <w:proofErr w:type="spellEnd"/>
    </w:p>
    <w:p w14:paraId="0000002B" w14:textId="77777777" w:rsidR="00443E72" w:rsidRDefault="00000000">
      <w:pPr>
        <w:numPr>
          <w:ilvl w:val="0"/>
          <w:numId w:val="11"/>
        </w:numPr>
        <w:spacing w:before="240" w:after="0" w:line="360" w:lineRule="auto"/>
        <w:rPr>
          <w:rFonts w:ascii="Arial" w:eastAsia="Arial" w:hAnsi="Arial" w:cs="Arial"/>
        </w:rPr>
      </w:pPr>
      <w:proofErr w:type="spellStart"/>
      <w:r>
        <w:rPr>
          <w:b/>
          <w:sz w:val="26"/>
          <w:szCs w:val="26"/>
        </w:rPr>
        <w:t>Phiên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bản</w:t>
      </w:r>
      <w:proofErr w:type="spellEnd"/>
      <w:r>
        <w:rPr>
          <w:b/>
          <w:sz w:val="26"/>
          <w:szCs w:val="26"/>
        </w:rPr>
        <w:t xml:space="preserve"> 1:</w:t>
      </w:r>
      <w:r>
        <w:rPr>
          <w:sz w:val="26"/>
          <w:szCs w:val="26"/>
        </w:rPr>
        <w:t xml:space="preserve"> Tán 3m × 3m,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nhựa</w:t>
      </w:r>
      <w:proofErr w:type="spellEnd"/>
      <w:r>
        <w:rPr>
          <w:sz w:val="26"/>
          <w:szCs w:val="26"/>
        </w:rPr>
        <w:t xml:space="preserve"> ABS 100L.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Giá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bán</w:t>
      </w:r>
      <w:proofErr w:type="spellEnd"/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3.490.000đ</w:t>
      </w:r>
      <w:r>
        <w:rPr>
          <w:b/>
          <w:sz w:val="26"/>
          <w:szCs w:val="26"/>
        </w:rPr>
        <w:br/>
      </w:r>
      <w:proofErr w:type="spellStart"/>
      <w:r>
        <w:rPr>
          <w:sz w:val="26"/>
          <w:szCs w:val="26"/>
        </w:rPr>
        <w:t>Đây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flagship </w:t>
      </w:r>
      <w:proofErr w:type="spellStart"/>
      <w:r>
        <w:rPr>
          <w:sz w:val="26"/>
          <w:szCs w:val="26"/>
        </w:rPr>
        <w:t>bán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tag logo ROMA </w:t>
      </w:r>
      <w:proofErr w:type="spellStart"/>
      <w:r>
        <w:rPr>
          <w:b/>
          <w:sz w:val="26"/>
          <w:szCs w:val="26"/>
        </w:rPr>
        <w:t>dệt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nổi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trên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vải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nhựa</w:t>
      </w:r>
      <w:proofErr w:type="spellEnd"/>
      <w:r>
        <w:rPr>
          <w:sz w:val="26"/>
          <w:szCs w:val="26"/>
        </w:rPr>
        <w:t xml:space="preserve"> dung </w:t>
      </w: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lớn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dễ</w:t>
      </w:r>
      <w:proofErr w:type="spellEnd"/>
      <w:r>
        <w:rPr>
          <w:sz w:val="26"/>
          <w:szCs w:val="26"/>
        </w:rPr>
        <w:t xml:space="preserve"> di </w:t>
      </w:r>
      <w:proofErr w:type="spellStart"/>
      <w:r>
        <w:rPr>
          <w:sz w:val="26"/>
          <w:szCs w:val="26"/>
        </w:rPr>
        <w:t>chuyển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phù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quán</w:t>
      </w:r>
      <w:proofErr w:type="spellEnd"/>
      <w:r>
        <w:rPr>
          <w:sz w:val="26"/>
          <w:szCs w:val="26"/>
        </w:rPr>
        <w:t xml:space="preserve"> café, </w:t>
      </w:r>
      <w:proofErr w:type="spellStart"/>
      <w:r>
        <w:rPr>
          <w:sz w:val="26"/>
          <w:szCs w:val="26"/>
        </w:rPr>
        <w:t>sân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vườn</w:t>
      </w:r>
      <w:proofErr w:type="spellEnd"/>
      <w:r>
        <w:rPr>
          <w:sz w:val="26"/>
          <w:szCs w:val="26"/>
        </w:rPr>
        <w:t>, resort.</w:t>
      </w:r>
      <w:r>
        <w:rPr>
          <w:sz w:val="26"/>
          <w:szCs w:val="26"/>
        </w:rPr>
        <w:br/>
      </w:r>
    </w:p>
    <w:p w14:paraId="0000002C" w14:textId="77777777" w:rsidR="00443E72" w:rsidRDefault="00000000">
      <w:pPr>
        <w:numPr>
          <w:ilvl w:val="0"/>
          <w:numId w:val="11"/>
        </w:numPr>
        <w:spacing w:after="0" w:line="360" w:lineRule="auto"/>
        <w:rPr>
          <w:rFonts w:ascii="Arial" w:eastAsia="Arial" w:hAnsi="Arial" w:cs="Arial"/>
        </w:rPr>
      </w:pPr>
      <w:proofErr w:type="spellStart"/>
      <w:r>
        <w:rPr>
          <w:b/>
          <w:sz w:val="26"/>
          <w:szCs w:val="26"/>
        </w:rPr>
        <w:t>Phiên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bản</w:t>
      </w:r>
      <w:proofErr w:type="spellEnd"/>
      <w:r>
        <w:rPr>
          <w:b/>
          <w:sz w:val="26"/>
          <w:szCs w:val="26"/>
        </w:rPr>
        <w:t xml:space="preserve"> 2:</w:t>
      </w:r>
      <w:r>
        <w:rPr>
          <w:sz w:val="26"/>
          <w:szCs w:val="26"/>
        </w:rPr>
        <w:t xml:space="preserve"> Tán 3m × 3m,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inox 55×70cm (</w:t>
      </w:r>
      <w:proofErr w:type="spellStart"/>
      <w:r>
        <w:rPr>
          <w:sz w:val="26"/>
          <w:szCs w:val="26"/>
        </w:rPr>
        <w:t>đổ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tông</w:t>
      </w:r>
      <w:proofErr w:type="spellEnd"/>
      <w:r>
        <w:rPr>
          <w:sz w:val="26"/>
          <w:szCs w:val="26"/>
        </w:rPr>
        <w:t>).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Giá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bán</w:t>
      </w:r>
      <w:proofErr w:type="spellEnd"/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3.250.000đ</w:t>
      </w:r>
      <w:r>
        <w:rPr>
          <w:b/>
          <w:sz w:val="26"/>
          <w:szCs w:val="26"/>
        </w:rPr>
        <w:br/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ưu</w:t>
      </w:r>
      <w:proofErr w:type="spellEnd"/>
      <w:r>
        <w:rPr>
          <w:sz w:val="26"/>
          <w:szCs w:val="26"/>
        </w:rPr>
        <w:t xml:space="preserve"> chi </w:t>
      </w:r>
      <w:proofErr w:type="spellStart"/>
      <w:r>
        <w:rPr>
          <w:sz w:val="26"/>
          <w:szCs w:val="26"/>
        </w:rPr>
        <w:t>phí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khung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flagship </w:t>
      </w:r>
      <w:proofErr w:type="spellStart"/>
      <w:r>
        <w:rPr>
          <w:sz w:val="26"/>
          <w:szCs w:val="26"/>
        </w:rPr>
        <w:t>nhưng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inox </w:t>
      </w:r>
      <w:proofErr w:type="spellStart"/>
      <w:r>
        <w:rPr>
          <w:sz w:val="26"/>
          <w:szCs w:val="26"/>
        </w:rPr>
        <w:t>gọn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bền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phù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>.</w:t>
      </w:r>
      <w:r>
        <w:rPr>
          <w:sz w:val="26"/>
          <w:szCs w:val="26"/>
        </w:rPr>
        <w:br/>
      </w:r>
    </w:p>
    <w:p w14:paraId="0000002D" w14:textId="77777777" w:rsidR="00443E72" w:rsidRDefault="00000000">
      <w:pPr>
        <w:numPr>
          <w:ilvl w:val="0"/>
          <w:numId w:val="11"/>
        </w:numPr>
        <w:spacing w:after="0" w:line="360" w:lineRule="auto"/>
        <w:rPr>
          <w:rFonts w:ascii="Arial" w:eastAsia="Arial" w:hAnsi="Arial" w:cs="Arial"/>
        </w:rPr>
      </w:pPr>
      <w:proofErr w:type="spellStart"/>
      <w:r>
        <w:rPr>
          <w:b/>
          <w:sz w:val="26"/>
          <w:szCs w:val="26"/>
        </w:rPr>
        <w:t>Phiên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bản</w:t>
      </w:r>
      <w:proofErr w:type="spellEnd"/>
      <w:r>
        <w:rPr>
          <w:b/>
          <w:sz w:val="26"/>
          <w:szCs w:val="26"/>
        </w:rPr>
        <w:t xml:space="preserve"> 3:</w:t>
      </w:r>
      <w:r>
        <w:rPr>
          <w:sz w:val="26"/>
          <w:szCs w:val="26"/>
        </w:rPr>
        <w:t xml:space="preserve"> Tán 2m5 × 2m5,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nhựa</w:t>
      </w:r>
      <w:proofErr w:type="spellEnd"/>
      <w:r>
        <w:rPr>
          <w:sz w:val="26"/>
          <w:szCs w:val="26"/>
        </w:rPr>
        <w:t xml:space="preserve"> ABS 100L.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Giá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bán</w:t>
      </w:r>
      <w:proofErr w:type="spellEnd"/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3.450.000đ</w:t>
      </w:r>
      <w:r>
        <w:rPr>
          <w:b/>
          <w:sz w:val="26"/>
          <w:szCs w:val="26"/>
        </w:rPr>
        <w:br/>
      </w:r>
      <w:proofErr w:type="spellStart"/>
      <w:r>
        <w:rPr>
          <w:sz w:val="26"/>
          <w:szCs w:val="26"/>
        </w:rPr>
        <w:t>Kích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thước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nhưng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vẫn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khung</w:t>
      </w:r>
      <w:proofErr w:type="spellEnd"/>
      <w:r>
        <w:rPr>
          <w:sz w:val="26"/>
          <w:szCs w:val="26"/>
        </w:rPr>
        <w:t xml:space="preserve"> champagne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tay</w:t>
      </w:r>
      <w:proofErr w:type="spellEnd"/>
      <w:r>
        <w:rPr>
          <w:sz w:val="26"/>
          <w:szCs w:val="26"/>
        </w:rPr>
        <w:t xml:space="preserve"> quay Perth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nâng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Phù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vừa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như</w:t>
      </w:r>
      <w:proofErr w:type="spellEnd"/>
      <w:r>
        <w:rPr>
          <w:sz w:val="26"/>
          <w:szCs w:val="26"/>
        </w:rPr>
        <w:t xml:space="preserve"> ban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sân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hiên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quán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nhỏ</w:t>
      </w:r>
      <w:proofErr w:type="spellEnd"/>
      <w:r>
        <w:rPr>
          <w:sz w:val="26"/>
          <w:szCs w:val="26"/>
        </w:rPr>
        <w:t>.</w:t>
      </w:r>
      <w:r>
        <w:rPr>
          <w:sz w:val="26"/>
          <w:szCs w:val="26"/>
        </w:rPr>
        <w:br/>
      </w:r>
    </w:p>
    <w:p w14:paraId="0000002E" w14:textId="77777777" w:rsidR="00443E72" w:rsidRDefault="00000000">
      <w:pPr>
        <w:numPr>
          <w:ilvl w:val="0"/>
          <w:numId w:val="11"/>
        </w:numPr>
        <w:spacing w:after="240" w:line="360" w:lineRule="auto"/>
        <w:rPr>
          <w:rFonts w:ascii="Arial" w:eastAsia="Arial" w:hAnsi="Arial" w:cs="Arial"/>
        </w:rPr>
      </w:pPr>
      <w:proofErr w:type="spellStart"/>
      <w:r>
        <w:rPr>
          <w:b/>
          <w:sz w:val="26"/>
          <w:szCs w:val="26"/>
        </w:rPr>
        <w:lastRenderedPageBreak/>
        <w:t>Phiên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bản</w:t>
      </w:r>
      <w:proofErr w:type="spellEnd"/>
      <w:r>
        <w:rPr>
          <w:b/>
          <w:sz w:val="26"/>
          <w:szCs w:val="26"/>
        </w:rPr>
        <w:t xml:space="preserve"> 4:</w:t>
      </w:r>
      <w:r>
        <w:rPr>
          <w:sz w:val="26"/>
          <w:szCs w:val="26"/>
        </w:rPr>
        <w:t xml:space="preserve"> Tán 2m5 × 2m5,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inox 55×70cm (</w:t>
      </w:r>
      <w:proofErr w:type="spellStart"/>
      <w:r>
        <w:rPr>
          <w:sz w:val="26"/>
          <w:szCs w:val="26"/>
        </w:rPr>
        <w:t>đổ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tông</w:t>
      </w:r>
      <w:proofErr w:type="spellEnd"/>
      <w:r>
        <w:rPr>
          <w:sz w:val="26"/>
          <w:szCs w:val="26"/>
        </w:rPr>
        <w:t>).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Giá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bán</w:t>
      </w:r>
      <w:proofErr w:type="spellEnd"/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3.200.000đ</w:t>
      </w:r>
      <w:r>
        <w:rPr>
          <w:b/>
          <w:sz w:val="26"/>
          <w:szCs w:val="26"/>
        </w:rPr>
        <w:br/>
      </w:r>
      <w:proofErr w:type="spellStart"/>
      <w:r>
        <w:rPr>
          <w:sz w:val="26"/>
          <w:szCs w:val="26"/>
        </w:rPr>
        <w:t>Lựa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kiệm</w:t>
      </w:r>
      <w:proofErr w:type="spellEnd"/>
      <w:r>
        <w:rPr>
          <w:sz w:val="26"/>
          <w:szCs w:val="26"/>
        </w:rPr>
        <w:t xml:space="preserve"> chi </w:t>
      </w:r>
      <w:proofErr w:type="spellStart"/>
      <w:r>
        <w:rPr>
          <w:sz w:val="26"/>
          <w:szCs w:val="26"/>
        </w:rPr>
        <w:t>phí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vẫn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chắn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sang </w:t>
      </w:r>
      <w:proofErr w:type="spellStart"/>
      <w:r>
        <w:rPr>
          <w:sz w:val="26"/>
          <w:szCs w:val="26"/>
        </w:rPr>
        <w:t>trọng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dòng</w:t>
      </w:r>
      <w:proofErr w:type="spellEnd"/>
      <w:r>
        <w:rPr>
          <w:sz w:val="26"/>
          <w:szCs w:val="26"/>
        </w:rPr>
        <w:t xml:space="preserve"> ROMA.</w:t>
      </w:r>
      <w:r>
        <w:rPr>
          <w:sz w:val="26"/>
          <w:szCs w:val="26"/>
        </w:rPr>
        <w:br/>
      </w:r>
    </w:p>
    <w:p w14:paraId="0000002F" w14:textId="77777777" w:rsidR="00443E72" w:rsidRDefault="00000000">
      <w:pPr>
        <w:spacing w:before="240" w:after="240" w:line="360" w:lineRule="auto"/>
        <w:rPr>
          <w:b/>
          <w:sz w:val="26"/>
          <w:szCs w:val="26"/>
        </w:rPr>
      </w:pPr>
      <w:proofErr w:type="spellStart"/>
      <w:r>
        <w:rPr>
          <w:sz w:val="26"/>
          <w:szCs w:val="26"/>
        </w:rPr>
        <w:t>Tất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giảm</w:t>
      </w:r>
      <w:proofErr w:type="spellEnd"/>
      <w:r>
        <w:rPr>
          <w:b/>
          <w:sz w:val="26"/>
          <w:szCs w:val="26"/>
        </w:rPr>
        <w:t xml:space="preserve"> 5% </w:t>
      </w:r>
      <w:proofErr w:type="spellStart"/>
      <w:r>
        <w:rPr>
          <w:b/>
          <w:sz w:val="26"/>
          <w:szCs w:val="26"/>
        </w:rPr>
        <w:t>cho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đơn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từ</w:t>
      </w:r>
      <w:proofErr w:type="spellEnd"/>
      <w:r>
        <w:rPr>
          <w:b/>
          <w:sz w:val="26"/>
          <w:szCs w:val="26"/>
        </w:rPr>
        <w:t xml:space="preserve"> 3 </w:t>
      </w:r>
      <w:proofErr w:type="spellStart"/>
      <w:r>
        <w:rPr>
          <w:b/>
          <w:sz w:val="26"/>
          <w:szCs w:val="26"/>
        </w:rPr>
        <w:t>chiếc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chiết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khấu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sâu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hơn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với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đơn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sỉ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hoặc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dự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án</w:t>
      </w:r>
      <w:proofErr w:type="spellEnd"/>
      <w:r>
        <w:rPr>
          <w:b/>
          <w:sz w:val="26"/>
          <w:szCs w:val="26"/>
        </w:rPr>
        <w:t>.</w:t>
      </w:r>
    </w:p>
    <w:p w14:paraId="00000030" w14:textId="77777777" w:rsidR="00443E72" w:rsidRDefault="00000000">
      <w:pPr>
        <w:pStyle w:val="Heading2"/>
        <w:keepNext w:val="0"/>
        <w:keepLines w:val="0"/>
        <w:spacing w:before="360" w:after="80" w:line="360" w:lineRule="auto"/>
        <w:rPr>
          <w:rFonts w:ascii="Cambria" w:eastAsia="Cambria" w:hAnsi="Cambria" w:cs="Cambria"/>
          <w:color w:val="783F04"/>
        </w:rPr>
      </w:pPr>
      <w:bookmarkStart w:id="4" w:name="_heading=h.e8vhxrkzcnb0" w:colFirst="0" w:colLast="0"/>
      <w:bookmarkEnd w:id="4"/>
      <w:r>
        <w:rPr>
          <w:rFonts w:ascii="Cambria" w:eastAsia="Cambria" w:hAnsi="Cambria" w:cs="Cambria"/>
          <w:color w:val="783F04"/>
        </w:rPr>
        <w:t xml:space="preserve">3. </w:t>
      </w:r>
      <w:proofErr w:type="spellStart"/>
      <w:r>
        <w:rPr>
          <w:rFonts w:ascii="Cambria" w:eastAsia="Cambria" w:hAnsi="Cambria" w:cs="Cambria"/>
          <w:color w:val="783F04"/>
        </w:rPr>
        <w:t>Cấu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tạo</w:t>
      </w:r>
      <w:proofErr w:type="spellEnd"/>
      <w:r>
        <w:rPr>
          <w:rFonts w:ascii="Cambria" w:eastAsia="Cambria" w:hAnsi="Cambria" w:cs="Cambria"/>
          <w:color w:val="783F04"/>
        </w:rPr>
        <w:t xml:space="preserve"> &amp; </w:t>
      </w:r>
      <w:proofErr w:type="spellStart"/>
      <w:r>
        <w:rPr>
          <w:rFonts w:ascii="Cambria" w:eastAsia="Cambria" w:hAnsi="Cambria" w:cs="Cambria"/>
          <w:color w:val="783F04"/>
        </w:rPr>
        <w:t>chất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liệu</w:t>
      </w:r>
      <w:proofErr w:type="spellEnd"/>
    </w:p>
    <w:p w14:paraId="00000031" w14:textId="77777777" w:rsidR="00443E72" w:rsidRDefault="00000000">
      <w:pPr>
        <w:numPr>
          <w:ilvl w:val="0"/>
          <w:numId w:val="4"/>
        </w:numPr>
        <w:spacing w:before="240"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Cấu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trúc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dòng</w:t>
      </w:r>
      <w:proofErr w:type="spellEnd"/>
      <w:r>
        <w:rPr>
          <w:sz w:val="26"/>
          <w:szCs w:val="26"/>
        </w:rPr>
        <w:t xml:space="preserve"> ô Perth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Nâng</w:t>
      </w:r>
      <w:proofErr w:type="spellEnd"/>
      <w:r>
        <w:rPr>
          <w:sz w:val="26"/>
          <w:szCs w:val="26"/>
        </w:rPr>
        <w:t xml:space="preserve"> Cấp:</w:t>
      </w:r>
    </w:p>
    <w:p w14:paraId="00000032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Khung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hợp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kim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nhôm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sơn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tĩnh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điện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màu</w:t>
      </w:r>
      <w:proofErr w:type="spellEnd"/>
      <w:r>
        <w:rPr>
          <w:b/>
          <w:sz w:val="26"/>
          <w:szCs w:val="26"/>
        </w:rPr>
        <w:t xml:space="preserve"> champagne</w:t>
      </w:r>
      <w:r>
        <w:rPr>
          <w:sz w:val="26"/>
          <w:szCs w:val="26"/>
        </w:rPr>
        <w:t>.</w:t>
      </w:r>
    </w:p>
    <w:p w14:paraId="00000033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Cột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thước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53×77mm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dày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1.8mm</w:t>
      </w:r>
      <w:r>
        <w:rPr>
          <w:sz w:val="26"/>
          <w:szCs w:val="26"/>
        </w:rPr>
        <w:t>.</w:t>
      </w:r>
    </w:p>
    <w:p w14:paraId="00000034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Cột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bằng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thép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hộp</w:t>
      </w:r>
      <w:proofErr w:type="spellEnd"/>
      <w:r>
        <w:rPr>
          <w:b/>
          <w:sz w:val="26"/>
          <w:szCs w:val="26"/>
        </w:rPr>
        <w:t xml:space="preserve"> 25×40mm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dày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1.0mm</w:t>
      </w:r>
      <w:r>
        <w:rPr>
          <w:sz w:val="26"/>
          <w:szCs w:val="26"/>
        </w:rPr>
        <w:t>.</w:t>
      </w:r>
    </w:p>
    <w:p w14:paraId="00000035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Phần</w:t>
      </w:r>
      <w:proofErr w:type="spellEnd"/>
      <w:r>
        <w:rPr>
          <w:sz w:val="26"/>
          <w:szCs w:val="26"/>
        </w:rPr>
        <w:t xml:space="preserve"> nan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thép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hộp</w:t>
      </w:r>
      <w:proofErr w:type="spellEnd"/>
      <w:r>
        <w:rPr>
          <w:b/>
          <w:sz w:val="26"/>
          <w:szCs w:val="26"/>
        </w:rPr>
        <w:t xml:space="preserve"> 14×24mm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dày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0.45mm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mạ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kẽm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chống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gỉ</w:t>
      </w:r>
      <w:proofErr w:type="spellEnd"/>
      <w:r>
        <w:rPr>
          <w:sz w:val="26"/>
          <w:szCs w:val="26"/>
        </w:rPr>
        <w:t>.</w:t>
      </w:r>
    </w:p>
    <w:p w14:paraId="00000036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tay</w:t>
      </w:r>
      <w:proofErr w:type="spellEnd"/>
      <w:r>
        <w:rPr>
          <w:sz w:val="26"/>
          <w:szCs w:val="26"/>
        </w:rPr>
        <w:t xml:space="preserve"> quay </w:t>
      </w:r>
      <w:proofErr w:type="spellStart"/>
      <w:r>
        <w:rPr>
          <w:sz w:val="26"/>
          <w:szCs w:val="26"/>
        </w:rPr>
        <w:t>kích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thước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40×60mm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tay</w:t>
      </w:r>
      <w:proofErr w:type="spellEnd"/>
      <w:r>
        <w:rPr>
          <w:sz w:val="26"/>
          <w:szCs w:val="26"/>
        </w:rPr>
        <w:t xml:space="preserve"> quay </w:t>
      </w:r>
      <w:r>
        <w:rPr>
          <w:b/>
          <w:sz w:val="26"/>
          <w:szCs w:val="26"/>
        </w:rPr>
        <w:t xml:space="preserve">Perth </w:t>
      </w:r>
      <w:proofErr w:type="spellStart"/>
      <w:r>
        <w:rPr>
          <w:b/>
          <w:sz w:val="26"/>
          <w:szCs w:val="26"/>
        </w:rPr>
        <w:t>bản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nâng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>.</w:t>
      </w:r>
    </w:p>
    <w:p w14:paraId="00000037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Khung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1.2mm</w:t>
      </w:r>
      <w:r>
        <w:rPr>
          <w:sz w:val="26"/>
          <w:szCs w:val="26"/>
        </w:rPr>
        <w:t>.</w:t>
      </w:r>
    </w:p>
    <w:p w14:paraId="00000038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Vải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polyester PU 230g/m²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chống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thấm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nước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</w:rPr>
        <w:t>chống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tia</w:t>
      </w:r>
      <w:proofErr w:type="spellEnd"/>
      <w:r>
        <w:rPr>
          <w:b/>
          <w:sz w:val="26"/>
          <w:szCs w:val="26"/>
        </w:rPr>
        <w:t xml:space="preserve"> UV </w:t>
      </w:r>
      <w:proofErr w:type="spellStart"/>
      <w:r>
        <w:rPr>
          <w:b/>
          <w:sz w:val="26"/>
          <w:szCs w:val="26"/>
        </w:rPr>
        <w:t>và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bền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màu</w:t>
      </w:r>
      <w:proofErr w:type="spellEnd"/>
      <w:r>
        <w:rPr>
          <w:b/>
          <w:sz w:val="26"/>
          <w:szCs w:val="26"/>
        </w:rPr>
        <w:t xml:space="preserve"> 1000 </w:t>
      </w:r>
      <w:proofErr w:type="spellStart"/>
      <w:r>
        <w:rPr>
          <w:b/>
          <w:sz w:val="26"/>
          <w:szCs w:val="26"/>
        </w:rPr>
        <w:t>giờ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nắng</w:t>
      </w:r>
      <w:proofErr w:type="spellEnd"/>
      <w:r>
        <w:rPr>
          <w:sz w:val="26"/>
          <w:szCs w:val="26"/>
        </w:rPr>
        <w:t>.</w:t>
      </w:r>
    </w:p>
    <w:p w14:paraId="00000039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Trọng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khung</w:t>
      </w:r>
      <w:proofErr w:type="spellEnd"/>
      <w:r>
        <w:rPr>
          <w:sz w:val="26"/>
          <w:szCs w:val="26"/>
        </w:rPr>
        <w:t xml:space="preserve"> dao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từ</w:t>
      </w:r>
      <w:proofErr w:type="spellEnd"/>
      <w:r>
        <w:rPr>
          <w:b/>
          <w:sz w:val="26"/>
          <w:szCs w:val="26"/>
        </w:rPr>
        <w:t xml:space="preserve"> 15–16kg </w:t>
      </w:r>
      <w:proofErr w:type="spellStart"/>
      <w:r>
        <w:rPr>
          <w:b/>
          <w:sz w:val="26"/>
          <w:szCs w:val="26"/>
        </w:rPr>
        <w:t>tùy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kích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thước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tán</w:t>
      </w:r>
      <w:proofErr w:type="spellEnd"/>
      <w:r>
        <w:rPr>
          <w:sz w:val="26"/>
          <w:szCs w:val="26"/>
        </w:rPr>
        <w:t>.</w:t>
      </w:r>
    </w:p>
    <w:p w14:paraId="0000003A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nhựa</w:t>
      </w:r>
      <w:proofErr w:type="spellEnd"/>
      <w:r>
        <w:rPr>
          <w:sz w:val="26"/>
          <w:szCs w:val="26"/>
        </w:rPr>
        <w:t xml:space="preserve"> ABS 100L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thước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84×84cm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nước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nặng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khoảng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100kg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120kg</w:t>
      </w:r>
      <w:r>
        <w:rPr>
          <w:sz w:val="26"/>
          <w:szCs w:val="26"/>
        </w:rPr>
        <w:t>.</w:t>
      </w:r>
    </w:p>
    <w:p w14:paraId="0000003B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inox 55×70cm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nặng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khoảng</w:t>
      </w:r>
      <w:proofErr w:type="spell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70–80kg</w:t>
      </w:r>
      <w:r>
        <w:rPr>
          <w:sz w:val="26"/>
          <w:szCs w:val="26"/>
        </w:rPr>
        <w:t>.</w:t>
      </w:r>
    </w:p>
    <w:p w14:paraId="0000003C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Cả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chịu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bằng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tốt</w:t>
      </w:r>
      <w:proofErr w:type="spellEnd"/>
      <w:r>
        <w:rPr>
          <w:sz w:val="26"/>
          <w:szCs w:val="26"/>
        </w:rPr>
        <w:t>.</w:t>
      </w:r>
    </w:p>
    <w:p w14:paraId="0000003D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Tất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bảo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hành</w:t>
      </w:r>
      <w:proofErr w:type="spellEnd"/>
      <w:r>
        <w:rPr>
          <w:b/>
          <w:sz w:val="26"/>
          <w:szCs w:val="26"/>
        </w:rPr>
        <w:t xml:space="preserve"> 12 </w:t>
      </w:r>
      <w:proofErr w:type="spellStart"/>
      <w:r>
        <w:rPr>
          <w:b/>
          <w:sz w:val="26"/>
          <w:szCs w:val="26"/>
        </w:rPr>
        <w:t>tháng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khung</w:t>
      </w:r>
      <w:proofErr w:type="spellEnd"/>
      <w:r>
        <w:rPr>
          <w:b/>
          <w:sz w:val="26"/>
          <w:szCs w:val="26"/>
        </w:rPr>
        <w:t xml:space="preserve">, 6 </w:t>
      </w:r>
      <w:proofErr w:type="spellStart"/>
      <w:r>
        <w:rPr>
          <w:b/>
          <w:sz w:val="26"/>
          <w:szCs w:val="26"/>
        </w:rPr>
        <w:t>tháng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vải</w:t>
      </w:r>
      <w:proofErr w:type="spellEnd"/>
      <w:r>
        <w:rPr>
          <w:b/>
          <w:sz w:val="26"/>
          <w:szCs w:val="26"/>
        </w:rPr>
        <w:t>.</w:t>
      </w:r>
    </w:p>
    <w:p w14:paraId="0000003E" w14:textId="77777777" w:rsidR="00443E72" w:rsidRDefault="00000000">
      <w:pPr>
        <w:numPr>
          <w:ilvl w:val="0"/>
          <w:numId w:val="4"/>
        </w:numPr>
        <w:spacing w:after="0" w:line="360" w:lineRule="auto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Kích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thước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đóng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gói</w:t>
      </w:r>
      <w:proofErr w:type="spellEnd"/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</w:t>
      </w:r>
    </w:p>
    <w:p w14:paraId="0000003F" w14:textId="77777777" w:rsidR="00443E72" w:rsidRDefault="00000000">
      <w:pPr>
        <w:numPr>
          <w:ilvl w:val="1"/>
          <w:numId w:val="4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Ô </w:t>
      </w:r>
      <w:proofErr w:type="spellStart"/>
      <w:r>
        <w:rPr>
          <w:sz w:val="26"/>
          <w:szCs w:val="26"/>
        </w:rPr>
        <w:t>tán</w:t>
      </w:r>
      <w:proofErr w:type="spellEnd"/>
      <w:r>
        <w:rPr>
          <w:sz w:val="26"/>
          <w:szCs w:val="26"/>
        </w:rPr>
        <w:t xml:space="preserve"> 3mx3m: </w:t>
      </w:r>
      <w:proofErr w:type="gramStart"/>
      <w:r>
        <w:rPr>
          <w:sz w:val="26"/>
          <w:szCs w:val="26"/>
        </w:rPr>
        <w:t>264×40×16</w:t>
      </w:r>
      <w:proofErr w:type="gramEnd"/>
      <w:r>
        <w:rPr>
          <w:sz w:val="26"/>
          <w:szCs w:val="26"/>
        </w:rPr>
        <w:t>cm</w:t>
      </w:r>
    </w:p>
    <w:p w14:paraId="00000040" w14:textId="77777777" w:rsidR="00443E72" w:rsidRDefault="00000000">
      <w:pPr>
        <w:numPr>
          <w:ilvl w:val="1"/>
          <w:numId w:val="4"/>
        </w:numPr>
        <w:spacing w:after="240"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Ô </w:t>
      </w:r>
      <w:proofErr w:type="spellStart"/>
      <w:r>
        <w:rPr>
          <w:sz w:val="26"/>
          <w:szCs w:val="26"/>
        </w:rPr>
        <w:t>tán</w:t>
      </w:r>
      <w:proofErr w:type="spellEnd"/>
      <w:r>
        <w:rPr>
          <w:sz w:val="26"/>
          <w:szCs w:val="26"/>
        </w:rPr>
        <w:t xml:space="preserve"> 2m5x2m5: 257x40x16</w:t>
      </w:r>
    </w:p>
    <w:p w14:paraId="00000041" w14:textId="77777777" w:rsidR="00443E72" w:rsidRDefault="00000000">
      <w:pPr>
        <w:pStyle w:val="Heading2"/>
        <w:keepNext w:val="0"/>
        <w:keepLines w:val="0"/>
        <w:spacing w:before="360" w:after="80" w:line="360" w:lineRule="auto"/>
        <w:rPr>
          <w:rFonts w:ascii="Cambria" w:eastAsia="Cambria" w:hAnsi="Cambria" w:cs="Cambria"/>
          <w:color w:val="783F04"/>
        </w:rPr>
      </w:pPr>
      <w:bookmarkStart w:id="5" w:name="_heading=h.x4j89f7j8ro1" w:colFirst="0" w:colLast="0"/>
      <w:bookmarkEnd w:id="5"/>
      <w:r>
        <w:rPr>
          <w:rFonts w:ascii="Cambria" w:eastAsia="Cambria" w:hAnsi="Cambria" w:cs="Cambria"/>
          <w:color w:val="783F04"/>
        </w:rPr>
        <w:t xml:space="preserve">4. </w:t>
      </w:r>
      <w:proofErr w:type="spellStart"/>
      <w:r>
        <w:rPr>
          <w:rFonts w:ascii="Cambria" w:eastAsia="Cambria" w:hAnsi="Cambria" w:cs="Cambria"/>
          <w:color w:val="783F04"/>
        </w:rPr>
        <w:t>Ảnh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minh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họa</w:t>
      </w:r>
      <w:proofErr w:type="spellEnd"/>
      <w:r>
        <w:rPr>
          <w:rFonts w:ascii="Cambria" w:eastAsia="Cambria" w:hAnsi="Cambria" w:cs="Cambria"/>
          <w:color w:val="783F04"/>
        </w:rPr>
        <w:t xml:space="preserve"> &amp; </w:t>
      </w:r>
      <w:proofErr w:type="spellStart"/>
      <w:r>
        <w:rPr>
          <w:rFonts w:ascii="Cambria" w:eastAsia="Cambria" w:hAnsi="Cambria" w:cs="Cambria"/>
          <w:color w:val="783F04"/>
        </w:rPr>
        <w:t>thư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viện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sản</w:t>
      </w:r>
      <w:proofErr w:type="spellEnd"/>
      <w:r>
        <w:rPr>
          <w:rFonts w:ascii="Cambria" w:eastAsia="Cambria" w:hAnsi="Cambria" w:cs="Cambria"/>
          <w:color w:val="783F04"/>
        </w:rPr>
        <w:t xml:space="preserve"> </w:t>
      </w:r>
      <w:proofErr w:type="spellStart"/>
      <w:r>
        <w:rPr>
          <w:rFonts w:ascii="Cambria" w:eastAsia="Cambria" w:hAnsi="Cambria" w:cs="Cambria"/>
          <w:color w:val="783F04"/>
        </w:rPr>
        <w:t>phẩm</w:t>
      </w:r>
      <w:proofErr w:type="spellEnd"/>
    </w:p>
    <w:p w14:paraId="00000042" w14:textId="77777777" w:rsidR="00443E72" w:rsidRDefault="00000000">
      <w:pPr>
        <w:pStyle w:val="Heading3"/>
        <w:keepNext w:val="0"/>
        <w:keepLines w:val="0"/>
        <w:spacing w:before="280" w:line="360" w:lineRule="auto"/>
      </w:pPr>
      <w:bookmarkStart w:id="6" w:name="_heading=h.6zjgwbz5t5p8" w:colFirst="0" w:colLast="0"/>
      <w:bookmarkEnd w:id="6"/>
      <w:proofErr w:type="spellStart"/>
      <w:r>
        <w:rPr>
          <w:color w:val="000000"/>
          <w:sz w:val="26"/>
          <w:szCs w:val="26"/>
        </w:rPr>
        <w:t>Nhóm</w:t>
      </w:r>
      <w:proofErr w:type="spellEnd"/>
      <w:r>
        <w:rPr>
          <w:color w:val="000000"/>
          <w:sz w:val="26"/>
          <w:szCs w:val="26"/>
        </w:rPr>
        <w:t xml:space="preserve"> 1 – </w:t>
      </w:r>
      <w:proofErr w:type="spellStart"/>
      <w:r>
        <w:rPr>
          <w:color w:val="000000"/>
          <w:sz w:val="26"/>
          <w:szCs w:val="26"/>
        </w:rPr>
        <w:t>Ảnh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nhận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chính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hãng</w:t>
      </w:r>
      <w:proofErr w:type="spellEnd"/>
      <w:r>
        <w:rPr>
          <w:color w:val="000000"/>
          <w:sz w:val="26"/>
          <w:szCs w:val="26"/>
        </w:rPr>
        <w:t xml:space="preserve"> ROMA</w:t>
      </w:r>
    </w:p>
    <w:p w14:paraId="00000043" w14:textId="77777777" w:rsidR="00443E72" w:rsidRDefault="00000000">
      <w:pPr>
        <w:numPr>
          <w:ilvl w:val="0"/>
          <w:numId w:val="2"/>
        </w:numPr>
        <w:spacing w:before="240"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Logo ROMA </w:t>
      </w:r>
      <w:proofErr w:type="spellStart"/>
      <w:r>
        <w:rPr>
          <w:sz w:val="26"/>
          <w:szCs w:val="26"/>
        </w:rPr>
        <w:t>phía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dù</w:t>
      </w:r>
      <w:proofErr w:type="spellEnd"/>
      <w:r>
        <w:rPr>
          <w:sz w:val="26"/>
          <w:szCs w:val="26"/>
        </w:rPr>
        <w:t xml:space="preserve"> (ở </w:t>
      </w: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3m): </w:t>
      </w:r>
      <w:hyperlink r:id="rId28">
        <w:r>
          <w:rPr>
            <w:color w:val="1155CC"/>
            <w:sz w:val="26"/>
            <w:szCs w:val="26"/>
            <w:u w:val="single"/>
          </w:rPr>
          <w:t>https://content.pancake.vn/2-2510/2025/10/25/f56b9f4d0645be68b79740ac35629a6295925302.jpg</w:t>
        </w:r>
      </w:hyperlink>
      <w:r>
        <w:rPr>
          <w:sz w:val="26"/>
          <w:szCs w:val="26"/>
        </w:rPr>
        <w:t xml:space="preserve"> ; </w:t>
      </w:r>
      <w:hyperlink r:id="rId29">
        <w:r>
          <w:rPr>
            <w:color w:val="1155CC"/>
            <w:sz w:val="26"/>
            <w:szCs w:val="26"/>
            <w:u w:val="single"/>
          </w:rPr>
          <w:t>https://content.pancake.vn/2-2510/2025/10/25/9b41c1d464e65b9ee5a8ac514a3ee4040c5c0b84.jpg</w:t>
        </w:r>
      </w:hyperlink>
      <w:r>
        <w:rPr>
          <w:sz w:val="26"/>
          <w:szCs w:val="26"/>
        </w:rPr>
        <w:t xml:space="preserve"> </w:t>
      </w:r>
    </w:p>
    <w:p w14:paraId="00000044" w14:textId="77777777" w:rsidR="00443E72" w:rsidRDefault="00000000">
      <w:pPr>
        <w:numPr>
          <w:ilvl w:val="0"/>
          <w:numId w:val="2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Bao </w:t>
      </w:r>
      <w:proofErr w:type="spellStart"/>
      <w:r>
        <w:rPr>
          <w:sz w:val="26"/>
          <w:szCs w:val="26"/>
        </w:rPr>
        <w:t>bì</w:t>
      </w:r>
      <w:proofErr w:type="spellEnd"/>
      <w:r>
        <w:rPr>
          <w:sz w:val="26"/>
          <w:szCs w:val="26"/>
        </w:rPr>
        <w:t xml:space="preserve"> carton/</w:t>
      </w:r>
      <w:proofErr w:type="spellStart"/>
      <w:r>
        <w:rPr>
          <w:sz w:val="26"/>
          <w:szCs w:val="26"/>
        </w:rPr>
        <w:t>hộp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gói</w:t>
      </w:r>
      <w:proofErr w:type="spellEnd"/>
      <w:r>
        <w:rPr>
          <w:sz w:val="26"/>
          <w:szCs w:val="26"/>
        </w:rPr>
        <w:t xml:space="preserve"> in </w:t>
      </w:r>
      <w:proofErr w:type="spellStart"/>
      <w:r>
        <w:rPr>
          <w:sz w:val="26"/>
          <w:szCs w:val="26"/>
        </w:rPr>
        <w:t>tên</w:t>
      </w:r>
      <w:proofErr w:type="spellEnd"/>
      <w:r>
        <w:rPr>
          <w:sz w:val="26"/>
          <w:szCs w:val="26"/>
        </w:rPr>
        <w:t xml:space="preserve"> ROMA: </w:t>
      </w:r>
      <w:hyperlink r:id="rId30">
        <w:r>
          <w:rPr>
            <w:color w:val="1155CC"/>
            <w:sz w:val="26"/>
            <w:szCs w:val="26"/>
            <w:u w:val="single"/>
          </w:rPr>
          <w:t>https://content.pancake.vn/2-2510/2025/10/25/68103663747e629efefe0e3d956756bb0002de71.jpg</w:t>
        </w:r>
      </w:hyperlink>
      <w:r>
        <w:rPr>
          <w:sz w:val="26"/>
          <w:szCs w:val="26"/>
        </w:rPr>
        <w:t xml:space="preserve"> </w:t>
      </w:r>
    </w:p>
    <w:p w14:paraId="00000045" w14:textId="77777777" w:rsidR="00443E72" w:rsidRDefault="00000000">
      <w:pPr>
        <w:numPr>
          <w:ilvl w:val="0"/>
          <w:numId w:val="2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Full combo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hãng</w:t>
      </w:r>
      <w:proofErr w:type="spellEnd"/>
      <w:r>
        <w:rPr>
          <w:sz w:val="26"/>
          <w:szCs w:val="26"/>
        </w:rPr>
        <w:t xml:space="preserve">: </w:t>
      </w:r>
      <w:hyperlink r:id="rId31">
        <w:r>
          <w:rPr>
            <w:color w:val="1155CC"/>
            <w:sz w:val="26"/>
            <w:szCs w:val="26"/>
            <w:u w:val="single"/>
          </w:rPr>
          <w:t>https://content.pancake.vn/2-2510/2025/10/25/073e0b4cd47dd8334c1b6b0a2dbe7b14137efbe1.jpg</w:t>
        </w:r>
      </w:hyperlink>
      <w:r>
        <w:rPr>
          <w:sz w:val="26"/>
          <w:szCs w:val="26"/>
        </w:rPr>
        <w:t xml:space="preserve"> </w:t>
      </w:r>
    </w:p>
    <w:p w14:paraId="00000046" w14:textId="77777777" w:rsidR="00443E72" w:rsidRDefault="00000000">
      <w:pPr>
        <w:numPr>
          <w:ilvl w:val="0"/>
          <w:numId w:val="2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Nan </w:t>
      </w:r>
      <w:proofErr w:type="spellStart"/>
      <w:r>
        <w:rPr>
          <w:sz w:val="26"/>
          <w:szCs w:val="26"/>
        </w:rPr>
        <w:t>thép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to 14×24×0.45mm (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mỏng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hơn</w:t>
      </w:r>
      <w:proofErr w:type="spellEnd"/>
      <w:r>
        <w:rPr>
          <w:sz w:val="26"/>
          <w:szCs w:val="26"/>
        </w:rPr>
        <w:t xml:space="preserve">: 21×12×0.12mm): </w:t>
      </w:r>
      <w:hyperlink r:id="rId32">
        <w:r>
          <w:rPr>
            <w:color w:val="1155CC"/>
            <w:sz w:val="26"/>
            <w:szCs w:val="26"/>
            <w:u w:val="single"/>
          </w:rPr>
          <w:t>https://content.pancake.vn/2-2510/2025/10/25/e1f852037686f16421b9143821184767eae0fed6.jpg</w:t>
        </w:r>
      </w:hyperlink>
      <w:r>
        <w:rPr>
          <w:sz w:val="26"/>
          <w:szCs w:val="26"/>
        </w:rPr>
        <w:t xml:space="preserve"> </w:t>
      </w:r>
    </w:p>
    <w:p w14:paraId="00000047" w14:textId="77777777" w:rsidR="00443E72" w:rsidRDefault="00000000">
      <w:pPr>
        <w:numPr>
          <w:ilvl w:val="0"/>
          <w:numId w:val="2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Khung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nhôm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vàng</w:t>
      </w:r>
      <w:proofErr w:type="spellEnd"/>
      <w:r>
        <w:rPr>
          <w:sz w:val="26"/>
          <w:szCs w:val="26"/>
        </w:rPr>
        <w:t xml:space="preserve"> champagne, </w:t>
      </w:r>
      <w:proofErr w:type="spellStart"/>
      <w:r>
        <w:rPr>
          <w:sz w:val="26"/>
          <w:szCs w:val="26"/>
        </w:rPr>
        <w:t>tay</w:t>
      </w:r>
      <w:proofErr w:type="spellEnd"/>
      <w:r>
        <w:rPr>
          <w:sz w:val="26"/>
          <w:szCs w:val="26"/>
        </w:rPr>
        <w:t xml:space="preserve"> quay Perth (</w:t>
      </w:r>
      <w:proofErr w:type="spellStart"/>
      <w:r>
        <w:rPr>
          <w:sz w:val="26"/>
          <w:szCs w:val="26"/>
        </w:rPr>
        <w:t>khác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đen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thường</w:t>
      </w:r>
      <w:proofErr w:type="spellEnd"/>
      <w:r>
        <w:rPr>
          <w:sz w:val="26"/>
          <w:szCs w:val="26"/>
        </w:rPr>
        <w:t xml:space="preserve">): </w:t>
      </w:r>
      <w:hyperlink r:id="rId33">
        <w:r>
          <w:rPr>
            <w:color w:val="1155CC"/>
            <w:sz w:val="26"/>
            <w:szCs w:val="26"/>
            <w:u w:val="single"/>
          </w:rPr>
          <w:t>https://content.pancake.vn/2-2510/2025/10/25/47567800854e6b38157b4e532a3a2b54d0a772e7.jpg</w:t>
        </w:r>
      </w:hyperlink>
      <w:r>
        <w:rPr>
          <w:sz w:val="26"/>
          <w:szCs w:val="26"/>
        </w:rPr>
        <w:t xml:space="preserve"> </w:t>
      </w:r>
    </w:p>
    <w:p w14:paraId="00000048" w14:textId="77777777" w:rsidR="00443E72" w:rsidRDefault="00000000">
      <w:pPr>
        <w:numPr>
          <w:ilvl w:val="0"/>
          <w:numId w:val="2"/>
        </w:numPr>
        <w:spacing w:after="240" w:line="360" w:lineRule="auto"/>
        <w:rPr>
          <w:b/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ràng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khung</w:t>
      </w:r>
      <w:proofErr w:type="spellEnd"/>
      <w:r>
        <w:rPr>
          <w:sz w:val="26"/>
          <w:szCs w:val="26"/>
        </w:rPr>
        <w:t xml:space="preserve"> + </w:t>
      </w:r>
      <w:proofErr w:type="spellStart"/>
      <w:r>
        <w:rPr>
          <w:sz w:val="26"/>
          <w:szCs w:val="26"/>
        </w:rPr>
        <w:t>vải</w:t>
      </w:r>
      <w:proofErr w:type="spellEnd"/>
      <w:r>
        <w:rPr>
          <w:sz w:val="26"/>
          <w:szCs w:val="26"/>
        </w:rPr>
        <w:t xml:space="preserve">), </w:t>
      </w:r>
      <w:proofErr w:type="spellStart"/>
      <w:r>
        <w:rPr>
          <w:sz w:val="26"/>
          <w:szCs w:val="26"/>
        </w:rPr>
        <w:t>freeship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quốc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sách</w:t>
      </w:r>
      <w:proofErr w:type="spellEnd"/>
      <w:r>
        <w:rPr>
          <w:sz w:val="26"/>
          <w:szCs w:val="26"/>
        </w:rPr>
        <w:t xml:space="preserve">: </w:t>
      </w:r>
      <w:hyperlink r:id="rId34">
        <w:r>
          <w:rPr>
            <w:color w:val="1155CC"/>
            <w:sz w:val="26"/>
            <w:szCs w:val="26"/>
            <w:u w:val="single"/>
          </w:rPr>
          <w:t>https://content.pancake.vn/2-2510/2025/10/26/633d6bf61bafb53b931609d295e35e0f1df037cb.png</w:t>
        </w:r>
      </w:hyperlink>
      <w:r>
        <w:rPr>
          <w:sz w:val="26"/>
          <w:szCs w:val="26"/>
        </w:rPr>
        <w:t xml:space="preserve"> </w:t>
      </w:r>
    </w:p>
    <w:p w14:paraId="00000049" w14:textId="77777777" w:rsidR="00443E72" w:rsidRDefault="00443E72">
      <w:pPr>
        <w:spacing w:before="240" w:after="240" w:line="360" w:lineRule="auto"/>
        <w:rPr>
          <w:sz w:val="26"/>
          <w:szCs w:val="26"/>
        </w:rPr>
      </w:pPr>
    </w:p>
    <w:p w14:paraId="0000004A" w14:textId="77777777" w:rsidR="00443E72" w:rsidRDefault="00000000">
      <w:pPr>
        <w:pStyle w:val="Heading3"/>
        <w:keepNext w:val="0"/>
        <w:keepLines w:val="0"/>
        <w:spacing w:before="280" w:line="360" w:lineRule="auto"/>
        <w:rPr>
          <w:color w:val="000000"/>
          <w:sz w:val="26"/>
          <w:szCs w:val="26"/>
        </w:rPr>
      </w:pPr>
      <w:bookmarkStart w:id="7" w:name="_heading=h.d9w249i4nq8i" w:colFirst="0" w:colLast="0"/>
      <w:bookmarkEnd w:id="7"/>
      <w:proofErr w:type="spellStart"/>
      <w:r>
        <w:rPr>
          <w:color w:val="000000"/>
          <w:sz w:val="26"/>
          <w:szCs w:val="26"/>
        </w:rPr>
        <w:t>Nhóm</w:t>
      </w:r>
      <w:proofErr w:type="spellEnd"/>
      <w:r>
        <w:rPr>
          <w:color w:val="000000"/>
          <w:sz w:val="26"/>
          <w:szCs w:val="26"/>
        </w:rPr>
        <w:t xml:space="preserve"> 2 – </w:t>
      </w:r>
      <w:proofErr w:type="spellStart"/>
      <w:r>
        <w:rPr>
          <w:color w:val="000000"/>
          <w:sz w:val="26"/>
          <w:szCs w:val="26"/>
        </w:rPr>
        <w:t>Ảnh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phụ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kiện</w:t>
      </w:r>
      <w:proofErr w:type="spellEnd"/>
      <w:r>
        <w:rPr>
          <w:color w:val="000000"/>
          <w:sz w:val="26"/>
          <w:szCs w:val="26"/>
        </w:rPr>
        <w:t xml:space="preserve"> &amp; </w:t>
      </w:r>
      <w:proofErr w:type="spellStart"/>
      <w:r>
        <w:rPr>
          <w:color w:val="000000"/>
          <w:sz w:val="26"/>
          <w:szCs w:val="26"/>
        </w:rPr>
        <w:t>lắp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đặt</w:t>
      </w:r>
      <w:proofErr w:type="spellEnd"/>
      <w:r>
        <w:rPr>
          <w:color w:val="000000"/>
          <w:sz w:val="26"/>
          <w:szCs w:val="26"/>
        </w:rPr>
        <w:t xml:space="preserve"> (Hiển </w:t>
      </w:r>
      <w:proofErr w:type="spellStart"/>
      <w:r>
        <w:rPr>
          <w:color w:val="000000"/>
          <w:sz w:val="26"/>
          <w:szCs w:val="26"/>
        </w:rPr>
        <w:t>thị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khách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hỏi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đế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hoặc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lắp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đặt</w:t>
      </w:r>
      <w:proofErr w:type="spellEnd"/>
      <w:r>
        <w:rPr>
          <w:color w:val="000000"/>
          <w:sz w:val="26"/>
          <w:szCs w:val="26"/>
        </w:rPr>
        <w:t>)</w:t>
      </w:r>
    </w:p>
    <w:p w14:paraId="0000004B" w14:textId="77777777" w:rsidR="00443E72" w:rsidRDefault="00000000">
      <w:pPr>
        <w:spacing w:before="240" w:after="240" w:line="360" w:lineRule="auto"/>
        <w:ind w:left="600" w:right="600"/>
        <w:rPr>
          <w:sz w:val="26"/>
          <w:szCs w:val="26"/>
        </w:rPr>
      </w:pPr>
      <w:proofErr w:type="spellStart"/>
      <w:r>
        <w:rPr>
          <w:sz w:val="26"/>
          <w:szCs w:val="26"/>
        </w:rPr>
        <w:t>Mục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tiêu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giúp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hiểu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biệt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chốt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>.</w:t>
      </w:r>
    </w:p>
    <w:p w14:paraId="0000004C" w14:textId="77777777" w:rsidR="00443E72" w:rsidRDefault="00000000">
      <w:pPr>
        <w:numPr>
          <w:ilvl w:val="0"/>
          <w:numId w:val="3"/>
        </w:numPr>
        <w:spacing w:before="240"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nhựa</w:t>
      </w:r>
      <w:proofErr w:type="spellEnd"/>
      <w:r>
        <w:rPr>
          <w:sz w:val="26"/>
          <w:szCs w:val="26"/>
        </w:rPr>
        <w:t xml:space="preserve"> ABS 100L (</w:t>
      </w:r>
      <w:proofErr w:type="spellStart"/>
      <w:r>
        <w:rPr>
          <w:sz w:val="26"/>
          <w:szCs w:val="26"/>
        </w:rPr>
        <w:t>kích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thước</w:t>
      </w:r>
      <w:proofErr w:type="spellEnd"/>
      <w:r>
        <w:rPr>
          <w:sz w:val="26"/>
          <w:szCs w:val="26"/>
        </w:rPr>
        <w:t xml:space="preserve">, 84×84cm): </w:t>
      </w:r>
      <w:hyperlink r:id="rId35">
        <w:r>
          <w:rPr>
            <w:color w:val="1155CC"/>
            <w:sz w:val="26"/>
            <w:szCs w:val="26"/>
            <w:u w:val="single"/>
          </w:rPr>
          <w:t>https://content.pancake.vn/2-2510/2025/10/25/e2dc37959d4846f7df41039fa21910c6e5974328.jpg</w:t>
        </w:r>
      </w:hyperlink>
      <w:r>
        <w:rPr>
          <w:sz w:val="26"/>
          <w:szCs w:val="26"/>
        </w:rPr>
        <w:t xml:space="preserve"> </w:t>
      </w:r>
    </w:p>
    <w:p w14:paraId="0000004D" w14:textId="77777777" w:rsidR="00443E72" w:rsidRDefault="00000000">
      <w:pPr>
        <w:numPr>
          <w:ilvl w:val="0"/>
          <w:numId w:val="3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inox 55×70cm (</w:t>
      </w:r>
      <w:proofErr w:type="spellStart"/>
      <w:r>
        <w:rPr>
          <w:sz w:val="26"/>
          <w:szCs w:val="26"/>
        </w:rPr>
        <w:t>trước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tông</w:t>
      </w:r>
      <w:proofErr w:type="spellEnd"/>
      <w:r>
        <w:rPr>
          <w:sz w:val="26"/>
          <w:szCs w:val="26"/>
        </w:rPr>
        <w:t xml:space="preserve">): </w:t>
      </w:r>
      <w:hyperlink r:id="rId36">
        <w:r>
          <w:rPr>
            <w:color w:val="1155CC"/>
            <w:sz w:val="26"/>
            <w:szCs w:val="26"/>
            <w:u w:val="single"/>
          </w:rPr>
          <w:t>https://content.pancake.vn/2-2510/2025/10/25/64a6bfcacae9f7f1746444c23495f8547abcd331.jpg</w:t>
        </w:r>
      </w:hyperlink>
      <w:r>
        <w:rPr>
          <w:sz w:val="26"/>
          <w:szCs w:val="26"/>
        </w:rPr>
        <w:t xml:space="preserve"> </w:t>
      </w:r>
    </w:p>
    <w:p w14:paraId="0000004E" w14:textId="77777777" w:rsidR="00443E72" w:rsidRDefault="00000000">
      <w:pPr>
        <w:numPr>
          <w:ilvl w:val="0"/>
          <w:numId w:val="3"/>
        </w:numPr>
        <w:spacing w:after="24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Hướng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dẫn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lắp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đặt</w:t>
      </w:r>
      <w:proofErr w:type="spellEnd"/>
    </w:p>
    <w:p w14:paraId="0000004F" w14:textId="77777777" w:rsidR="00443E72" w:rsidRDefault="00000000">
      <w:pPr>
        <w:spacing w:before="240" w:after="240"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Hướng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dẫn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quan</w:t>
      </w:r>
      <w:proofErr w:type="spellEnd"/>
      <w:r>
        <w:rPr>
          <w:sz w:val="26"/>
          <w:szCs w:val="26"/>
        </w:rPr>
        <w:t xml:space="preserve"> 4 </w:t>
      </w: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lắp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đặt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giản</w:t>
      </w:r>
      <w:proofErr w:type="spellEnd"/>
      <w:r>
        <w:rPr>
          <w:sz w:val="26"/>
          <w:szCs w:val="26"/>
        </w:rPr>
        <w:t xml:space="preserve">: </w:t>
      </w:r>
      <w:hyperlink r:id="rId37">
        <w:r>
          <w:rPr>
            <w:color w:val="1155CC"/>
            <w:sz w:val="26"/>
            <w:szCs w:val="26"/>
            <w:u w:val="single"/>
          </w:rPr>
          <w:t>https://content.pancake.vn/2-2510/2025/10/25/dfc5d3c64de77968b96c9b0f77d17aaca6e7ae37.jpg</w:t>
        </w:r>
      </w:hyperlink>
    </w:p>
    <w:p w14:paraId="00000050" w14:textId="77777777" w:rsidR="00443E72" w:rsidRDefault="00000000">
      <w:pPr>
        <w:spacing w:before="240" w:after="240"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Hướng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dẫn</w:t>
      </w:r>
      <w:proofErr w:type="spellEnd"/>
      <w:r>
        <w:rPr>
          <w:sz w:val="26"/>
          <w:szCs w:val="26"/>
        </w:rPr>
        <w:t xml:space="preserve"> chi </w:t>
      </w:r>
      <w:proofErr w:type="spellStart"/>
      <w:r>
        <w:rPr>
          <w:sz w:val="26"/>
          <w:szCs w:val="26"/>
        </w:rPr>
        <w:t>tiết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>:</w:t>
      </w:r>
    </w:p>
    <w:p w14:paraId="00000051" w14:textId="77777777" w:rsidR="00443E72" w:rsidRDefault="00000000">
      <w:pPr>
        <w:numPr>
          <w:ilvl w:val="0"/>
          <w:numId w:val="10"/>
        </w:numPr>
        <w:spacing w:before="240"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1: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kiện</w:t>
      </w:r>
      <w:proofErr w:type="spellEnd"/>
      <w:r>
        <w:rPr>
          <w:sz w:val="26"/>
          <w:szCs w:val="26"/>
        </w:rPr>
        <w:t xml:space="preserve"> </w:t>
      </w:r>
      <w:hyperlink r:id="rId38">
        <w:r>
          <w:rPr>
            <w:color w:val="1155CC"/>
            <w:sz w:val="26"/>
            <w:szCs w:val="26"/>
            <w:u w:val="single"/>
          </w:rPr>
          <w:t>https://content.pancake.vn/2-2510/2025/10/25/c7182e6b4eeb1a9863027d13c4a6381663b9f1e4.jpg</w:t>
        </w:r>
      </w:hyperlink>
      <w:r>
        <w:rPr>
          <w:sz w:val="26"/>
          <w:szCs w:val="26"/>
        </w:rPr>
        <w:t xml:space="preserve"> </w:t>
      </w:r>
    </w:p>
    <w:p w14:paraId="00000052" w14:textId="77777777" w:rsidR="00443E72" w:rsidRDefault="00000000">
      <w:pPr>
        <w:numPr>
          <w:ilvl w:val="0"/>
          <w:numId w:val="10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Bước</w:t>
      </w:r>
      <w:proofErr w:type="spellEnd"/>
      <w:r>
        <w:rPr>
          <w:sz w:val="26"/>
          <w:szCs w:val="26"/>
        </w:rPr>
        <w:t xml:space="preserve"> 2: </w:t>
      </w:r>
      <w:proofErr w:type="spellStart"/>
      <w:r>
        <w:rPr>
          <w:sz w:val="26"/>
          <w:szCs w:val="26"/>
        </w:rPr>
        <w:t>Lắp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khóa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ô  </w:t>
      </w:r>
      <w:hyperlink r:id="rId39">
        <w:r>
          <w:rPr>
            <w:color w:val="1155CC"/>
            <w:sz w:val="26"/>
            <w:szCs w:val="26"/>
            <w:u w:val="single"/>
          </w:rPr>
          <w:t>https://content.pancake.vn/2-2510/2025/10/25/3924b52152342828e576536022c106accdbd0946.jpg</w:t>
        </w:r>
      </w:hyperlink>
      <w:r>
        <w:rPr>
          <w:sz w:val="26"/>
          <w:szCs w:val="26"/>
        </w:rPr>
        <w:t xml:space="preserve"> </w:t>
      </w:r>
    </w:p>
    <w:p w14:paraId="00000053" w14:textId="77777777" w:rsidR="00443E72" w:rsidRDefault="00000000">
      <w:pPr>
        <w:numPr>
          <w:ilvl w:val="0"/>
          <w:numId w:val="10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: </w:t>
      </w:r>
      <w:proofErr w:type="spellStart"/>
      <w:r>
        <w:rPr>
          <w:sz w:val="26"/>
          <w:szCs w:val="26"/>
        </w:rPr>
        <w:t>Lắp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đĩa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thép</w:t>
      </w:r>
      <w:proofErr w:type="spellEnd"/>
      <w:r>
        <w:rPr>
          <w:sz w:val="26"/>
          <w:szCs w:val="26"/>
        </w:rPr>
        <w:t xml:space="preserve"> </w:t>
      </w:r>
      <w:hyperlink r:id="rId40">
        <w:r>
          <w:rPr>
            <w:color w:val="1155CC"/>
            <w:sz w:val="26"/>
            <w:szCs w:val="26"/>
            <w:u w:val="single"/>
          </w:rPr>
          <w:t>https://content.pancake.vn/2-2510/2025/10/25/dd074e151cae7976c7ca601f7c8424fed4a0ff94.jpg</w:t>
        </w:r>
      </w:hyperlink>
      <w:r>
        <w:rPr>
          <w:sz w:val="26"/>
          <w:szCs w:val="26"/>
        </w:rPr>
        <w:t xml:space="preserve"> </w:t>
      </w:r>
    </w:p>
    <w:p w14:paraId="00000054" w14:textId="77777777" w:rsidR="00443E72" w:rsidRDefault="00000000">
      <w:pPr>
        <w:numPr>
          <w:ilvl w:val="0"/>
          <w:numId w:val="10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4: </w:t>
      </w:r>
      <w:proofErr w:type="spellStart"/>
      <w:r>
        <w:rPr>
          <w:sz w:val="26"/>
          <w:szCs w:val="26"/>
        </w:rPr>
        <w:t>Lắp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nhựa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bọc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</w:t>
      </w:r>
      <w:proofErr w:type="spellEnd"/>
      <w:r>
        <w:rPr>
          <w:sz w:val="26"/>
          <w:szCs w:val="26"/>
        </w:rPr>
        <w:t xml:space="preserve"> </w:t>
      </w:r>
      <w:hyperlink r:id="rId41">
        <w:r>
          <w:rPr>
            <w:color w:val="1155CC"/>
            <w:sz w:val="26"/>
            <w:szCs w:val="26"/>
            <w:u w:val="single"/>
          </w:rPr>
          <w:t>https://content.pancake.vn/2-2510/2025/10/25/da856270724332430e930e338c3410ad16a331d7.jpg</w:t>
        </w:r>
      </w:hyperlink>
      <w:r>
        <w:rPr>
          <w:sz w:val="26"/>
          <w:szCs w:val="26"/>
        </w:rPr>
        <w:t xml:space="preserve"> </w:t>
      </w:r>
    </w:p>
    <w:p w14:paraId="00000055" w14:textId="77777777" w:rsidR="00443E72" w:rsidRDefault="00000000">
      <w:pPr>
        <w:numPr>
          <w:ilvl w:val="0"/>
          <w:numId w:val="10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5: </w:t>
      </w:r>
      <w:proofErr w:type="spellStart"/>
      <w:r>
        <w:rPr>
          <w:sz w:val="26"/>
          <w:szCs w:val="26"/>
        </w:rPr>
        <w:t>Lắp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thân</w:t>
      </w:r>
      <w:proofErr w:type="spellEnd"/>
      <w:r>
        <w:rPr>
          <w:sz w:val="26"/>
          <w:szCs w:val="26"/>
        </w:rPr>
        <w:t xml:space="preserve"> ô </w:t>
      </w:r>
      <w:proofErr w:type="spellStart"/>
      <w:r>
        <w:rPr>
          <w:sz w:val="26"/>
          <w:szCs w:val="26"/>
        </w:rPr>
        <w:t>lên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trụ</w:t>
      </w:r>
      <w:proofErr w:type="spellEnd"/>
      <w:r>
        <w:rPr>
          <w:sz w:val="26"/>
          <w:szCs w:val="26"/>
        </w:rPr>
        <w:t xml:space="preserve">: </w:t>
      </w:r>
      <w:hyperlink r:id="rId42">
        <w:r>
          <w:rPr>
            <w:color w:val="1155CC"/>
            <w:sz w:val="26"/>
            <w:szCs w:val="26"/>
            <w:u w:val="single"/>
          </w:rPr>
          <w:t>https://content.pancake.vn/2-2510/2025/10/25/f3ca313dadc69355767480e4c990b4948e9760a5.jpg</w:t>
        </w:r>
      </w:hyperlink>
      <w:r>
        <w:rPr>
          <w:sz w:val="26"/>
          <w:szCs w:val="26"/>
        </w:rPr>
        <w:t xml:space="preserve"> </w:t>
      </w:r>
    </w:p>
    <w:p w14:paraId="00000056" w14:textId="77777777" w:rsidR="00443E72" w:rsidRDefault="00000000">
      <w:pPr>
        <w:numPr>
          <w:ilvl w:val="0"/>
          <w:numId w:val="10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6: </w:t>
      </w:r>
      <w:proofErr w:type="spellStart"/>
      <w:r>
        <w:rPr>
          <w:sz w:val="26"/>
          <w:szCs w:val="26"/>
        </w:rPr>
        <w:t>Khóa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chốt</w:t>
      </w:r>
      <w:proofErr w:type="spellEnd"/>
      <w:r>
        <w:rPr>
          <w:sz w:val="26"/>
          <w:szCs w:val="26"/>
        </w:rPr>
        <w:t xml:space="preserve"> an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hyperlink r:id="rId43">
        <w:r>
          <w:rPr>
            <w:color w:val="1155CC"/>
            <w:sz w:val="26"/>
            <w:szCs w:val="26"/>
            <w:u w:val="single"/>
          </w:rPr>
          <w:t>https://content.pancake.vn/2-2510/2025/10/25/a92107a7ec4b7d777628a10deb9efd86b47102de.jpg</w:t>
        </w:r>
      </w:hyperlink>
      <w:r>
        <w:rPr>
          <w:sz w:val="26"/>
          <w:szCs w:val="26"/>
        </w:rPr>
        <w:t xml:space="preserve"> </w:t>
      </w:r>
    </w:p>
    <w:p w14:paraId="00000057" w14:textId="77777777" w:rsidR="00443E72" w:rsidRDefault="00000000">
      <w:pPr>
        <w:numPr>
          <w:ilvl w:val="0"/>
          <w:numId w:val="10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7: </w:t>
      </w:r>
      <w:proofErr w:type="spellStart"/>
      <w:r>
        <w:rPr>
          <w:sz w:val="26"/>
          <w:szCs w:val="26"/>
        </w:rPr>
        <w:t>Lắp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tay</w:t>
      </w:r>
      <w:proofErr w:type="spellEnd"/>
      <w:r>
        <w:rPr>
          <w:sz w:val="26"/>
          <w:szCs w:val="26"/>
        </w:rPr>
        <w:t xml:space="preserve"> quay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trí</w:t>
      </w:r>
      <w:proofErr w:type="spellEnd"/>
      <w:r>
        <w:rPr>
          <w:sz w:val="26"/>
          <w:szCs w:val="26"/>
        </w:rPr>
        <w:t xml:space="preserve"> </w:t>
      </w:r>
      <w:hyperlink r:id="rId44">
        <w:r>
          <w:rPr>
            <w:color w:val="1155CC"/>
            <w:sz w:val="26"/>
            <w:szCs w:val="26"/>
            <w:u w:val="single"/>
          </w:rPr>
          <w:t>https://content.pancake.vn/2-2510/2025/10/25/70dacbd74c7a30b086244b6ce5b57259fd31a763.jpg</w:t>
        </w:r>
      </w:hyperlink>
      <w:r>
        <w:rPr>
          <w:sz w:val="26"/>
          <w:szCs w:val="26"/>
        </w:rPr>
        <w:t xml:space="preserve"> </w:t>
      </w:r>
    </w:p>
    <w:p w14:paraId="00000058" w14:textId="77777777" w:rsidR="00443E72" w:rsidRDefault="00000000">
      <w:pPr>
        <w:numPr>
          <w:ilvl w:val="0"/>
          <w:numId w:val="10"/>
        </w:numPr>
        <w:spacing w:after="0"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8: </w:t>
      </w:r>
      <w:proofErr w:type="spellStart"/>
      <w:r>
        <w:rPr>
          <w:sz w:val="26"/>
          <w:szCs w:val="26"/>
        </w:rPr>
        <w:t>Mở</w:t>
      </w:r>
      <w:proofErr w:type="spellEnd"/>
      <w:r>
        <w:rPr>
          <w:sz w:val="26"/>
          <w:szCs w:val="26"/>
        </w:rPr>
        <w:t xml:space="preserve"> ô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hyperlink r:id="rId45">
        <w:r>
          <w:rPr>
            <w:color w:val="1155CC"/>
            <w:sz w:val="26"/>
            <w:szCs w:val="26"/>
            <w:u w:val="single"/>
          </w:rPr>
          <w:t>https://content.pancake.vn/2-2510/2025/10/25/7e3683d1cfed85c9962bfc6ee6aea4501d54c7b3.jpg</w:t>
        </w:r>
      </w:hyperlink>
      <w:r>
        <w:rPr>
          <w:sz w:val="26"/>
          <w:szCs w:val="26"/>
        </w:rPr>
        <w:t xml:space="preserve"> </w:t>
      </w:r>
    </w:p>
    <w:p w14:paraId="00000059" w14:textId="77777777" w:rsidR="00443E72" w:rsidRDefault="00000000">
      <w:pPr>
        <w:numPr>
          <w:ilvl w:val="0"/>
          <w:numId w:val="3"/>
        </w:numPr>
        <w:spacing w:after="2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Video </w:t>
      </w:r>
      <w:proofErr w:type="spellStart"/>
      <w:r>
        <w:rPr>
          <w:sz w:val="26"/>
          <w:szCs w:val="26"/>
        </w:rPr>
        <w:t>hướng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dẫn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lắp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đặt</w:t>
      </w:r>
      <w:proofErr w:type="spellEnd"/>
      <w:r>
        <w:rPr>
          <w:sz w:val="26"/>
          <w:szCs w:val="26"/>
        </w:rPr>
        <w:t xml:space="preserve"> (5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 xml:space="preserve">): </w:t>
      </w:r>
      <w:hyperlink r:id="rId46">
        <w:r>
          <w:rPr>
            <w:color w:val="1155CC"/>
            <w:sz w:val="26"/>
            <w:szCs w:val="26"/>
            <w:u w:val="single"/>
          </w:rPr>
          <w:t>https://youtube.com/shorts/TCLO4bO3TmA?feature=share</w:t>
        </w:r>
      </w:hyperlink>
      <w:r>
        <w:rPr>
          <w:sz w:val="26"/>
          <w:szCs w:val="26"/>
        </w:rPr>
        <w:t xml:space="preserve"> </w:t>
      </w:r>
    </w:p>
    <w:p w14:paraId="0000005A" w14:textId="77777777" w:rsidR="00443E72" w:rsidRDefault="00443E72">
      <w:pPr>
        <w:spacing w:before="240" w:after="240" w:line="360" w:lineRule="auto"/>
        <w:ind w:left="720"/>
        <w:rPr>
          <w:sz w:val="26"/>
          <w:szCs w:val="26"/>
        </w:rPr>
      </w:pPr>
    </w:p>
    <w:p w14:paraId="0000005B" w14:textId="77777777" w:rsidR="00443E72" w:rsidRDefault="00000000">
      <w:pPr>
        <w:pStyle w:val="Heading1"/>
        <w:spacing w:before="280" w:after="80"/>
        <w:rPr>
          <w:rFonts w:ascii="Cambria" w:eastAsia="Cambria" w:hAnsi="Cambria" w:cs="Cambria"/>
        </w:rPr>
      </w:pPr>
      <w:bookmarkStart w:id="8" w:name="_heading=h.ivl0sqa2fvl3" w:colFirst="0" w:colLast="0"/>
      <w:bookmarkEnd w:id="8"/>
      <w:r>
        <w:rPr>
          <w:rFonts w:ascii="Cambria" w:eastAsia="Cambria" w:hAnsi="Cambria" w:cs="Cambria"/>
        </w:rPr>
        <w:lastRenderedPageBreak/>
        <w:t xml:space="preserve">II. </w:t>
      </w:r>
      <w:proofErr w:type="spellStart"/>
      <w:r>
        <w:rPr>
          <w:rFonts w:ascii="Cambria" w:eastAsia="Cambria" w:hAnsi="Cambria" w:cs="Cambria"/>
        </w:rPr>
        <w:t>Sản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phẩm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khác</w:t>
      </w:r>
      <w:proofErr w:type="spellEnd"/>
      <w:r>
        <w:rPr>
          <w:rFonts w:ascii="Cambria" w:eastAsia="Cambria" w:hAnsi="Cambria" w:cs="Cambria"/>
        </w:rPr>
        <w:t xml:space="preserve"> (ô </w:t>
      </w:r>
      <w:proofErr w:type="spellStart"/>
      <w:r>
        <w:rPr>
          <w:rFonts w:ascii="Cambria" w:eastAsia="Cambria" w:hAnsi="Cambria" w:cs="Cambria"/>
        </w:rPr>
        <w:t>chính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tâm</w:t>
      </w:r>
      <w:proofErr w:type="spellEnd"/>
      <w:r>
        <w:rPr>
          <w:rFonts w:ascii="Cambria" w:eastAsia="Cambria" w:hAnsi="Cambria" w:cs="Cambria"/>
        </w:rPr>
        <w:t xml:space="preserve">, ô </w:t>
      </w:r>
      <w:proofErr w:type="spellStart"/>
      <w:r>
        <w:rPr>
          <w:rFonts w:ascii="Cambria" w:eastAsia="Cambria" w:hAnsi="Cambria" w:cs="Cambria"/>
        </w:rPr>
        <w:t>tròn</w:t>
      </w:r>
      <w:proofErr w:type="spellEnd"/>
      <w:r>
        <w:rPr>
          <w:rFonts w:ascii="Cambria" w:eastAsia="Cambria" w:hAnsi="Cambria" w:cs="Cambria"/>
        </w:rPr>
        <w:t xml:space="preserve">, ô LED, ô </w:t>
      </w:r>
      <w:proofErr w:type="spellStart"/>
      <w:proofErr w:type="gramStart"/>
      <w:r>
        <w:rPr>
          <w:rFonts w:ascii="Cambria" w:eastAsia="Cambria" w:hAnsi="Cambria" w:cs="Cambria"/>
        </w:rPr>
        <w:t>rèm</w:t>
      </w:r>
      <w:proofErr w:type="spellEnd"/>
      <w:r>
        <w:rPr>
          <w:rFonts w:ascii="Cambria" w:eastAsia="Cambria" w:hAnsi="Cambria" w:cs="Cambria"/>
        </w:rPr>
        <w:t>,…</w:t>
      </w:r>
      <w:proofErr w:type="gramEnd"/>
      <w:r>
        <w:rPr>
          <w:rFonts w:ascii="Cambria" w:eastAsia="Cambria" w:hAnsi="Cambria" w:cs="Cambria"/>
        </w:rPr>
        <w:t>)</w:t>
      </w:r>
    </w:p>
    <w:p w14:paraId="0000005C" w14:textId="77777777" w:rsidR="00443E72" w:rsidRDefault="00000000">
      <w:pPr>
        <w:spacing w:before="240" w:after="240" w:line="360" w:lineRule="auto"/>
      </w:pPr>
      <w:proofErr w:type="spellStart"/>
      <w:r>
        <w:t>Ngoài</w:t>
      </w:r>
      <w:proofErr w:type="spellEnd"/>
      <w:r>
        <w:t xml:space="preserve"> </w:t>
      </w:r>
      <w:proofErr w:type="spellStart"/>
      <w:r>
        <w:t>dòng</w:t>
      </w:r>
      <w:proofErr w:type="spellEnd"/>
      <w:r>
        <w:rPr>
          <w:b/>
        </w:rPr>
        <w:t xml:space="preserve"> Perth </w:t>
      </w:r>
      <w:proofErr w:type="spellStart"/>
      <w:r>
        <w:rPr>
          <w:b/>
        </w:rPr>
        <w:t>Bản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Nâng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Cấp</w:t>
      </w:r>
      <w:proofErr w:type="spellEnd"/>
      <w:r>
        <w:rPr>
          <w:b/>
        </w:rPr>
        <w:t xml:space="preserve"> (ô </w:t>
      </w:r>
      <w:proofErr w:type="spellStart"/>
      <w:r>
        <w:rPr>
          <w:b/>
        </w:rPr>
        <w:t>lệch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tâm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vuông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khung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nhôm</w:t>
      </w:r>
      <w:proofErr w:type="spellEnd"/>
      <w:r>
        <w:rPr>
          <w:b/>
        </w:rPr>
        <w:t xml:space="preserve"> champagne)</w:t>
      </w:r>
      <w:r>
        <w:t xml:space="preserve"> –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, ROMA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phiên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rPr>
          <w:b/>
        </w:rPr>
        <w:t>kiểu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dáng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tính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năng</w:t>
      </w:r>
      <w:proofErr w:type="spellEnd"/>
      <w:r>
        <w:t xml:space="preserve">,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nhu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quán</w:t>
      </w:r>
      <w:proofErr w:type="spellEnd"/>
      <w:r>
        <w:t xml:space="preserve"> </w:t>
      </w:r>
      <w:proofErr w:type="spellStart"/>
      <w:r>
        <w:t>cà</w:t>
      </w:r>
      <w:proofErr w:type="spellEnd"/>
      <w:r>
        <w:t xml:space="preserve"> </w:t>
      </w:r>
      <w:proofErr w:type="spellStart"/>
      <w:r>
        <w:t>phê</w:t>
      </w:r>
      <w:proofErr w:type="spellEnd"/>
      <w:r>
        <w:t xml:space="preserve">, resort,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thự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vườn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đình</w:t>
      </w:r>
      <w:proofErr w:type="spellEnd"/>
      <w:r>
        <w:t>.</w:t>
      </w:r>
    </w:p>
    <w:p w14:paraId="0000005D" w14:textId="5E06FDAB" w:rsidR="00443E72" w:rsidRDefault="00000000">
      <w:pPr>
        <w:pStyle w:val="Heading3"/>
        <w:keepNext w:val="0"/>
        <w:keepLines w:val="0"/>
        <w:spacing w:before="280" w:line="360" w:lineRule="auto"/>
        <w:rPr>
          <w:color w:val="000000"/>
          <w:sz w:val="26"/>
          <w:szCs w:val="26"/>
        </w:rPr>
      </w:pPr>
      <w:bookmarkStart w:id="9" w:name="_heading=h.k6qnvom7dbwj" w:colFirst="0" w:colLast="0"/>
      <w:bookmarkEnd w:id="9"/>
      <w:r>
        <w:rPr>
          <w:color w:val="000000"/>
          <w:sz w:val="26"/>
          <w:szCs w:val="26"/>
        </w:rPr>
        <w:t>1. Model R</w:t>
      </w:r>
      <w:r w:rsidR="000F18FF"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 xml:space="preserve">Solar – Ô </w:t>
      </w:r>
      <w:proofErr w:type="spellStart"/>
      <w:r>
        <w:rPr>
          <w:color w:val="000000"/>
          <w:sz w:val="26"/>
          <w:szCs w:val="26"/>
        </w:rPr>
        <w:t>lệch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tâm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vuông</w:t>
      </w:r>
      <w:proofErr w:type="spellEnd"/>
      <w:r>
        <w:rPr>
          <w:color w:val="000000"/>
          <w:sz w:val="26"/>
          <w:szCs w:val="26"/>
        </w:rPr>
        <w:t xml:space="preserve"> 3m </w:t>
      </w:r>
      <w:proofErr w:type="spellStart"/>
      <w:r>
        <w:rPr>
          <w:color w:val="000000"/>
          <w:sz w:val="26"/>
          <w:szCs w:val="26"/>
        </w:rPr>
        <w:t>có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đèn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hạt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năng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lượng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mặt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trời</w:t>
      </w:r>
      <w:proofErr w:type="spellEnd"/>
    </w:p>
    <w:p w14:paraId="0000005E" w14:textId="77777777" w:rsidR="00443E72" w:rsidRDefault="00000000">
      <w:pPr>
        <w:numPr>
          <w:ilvl w:val="0"/>
          <w:numId w:val="8"/>
        </w:numPr>
        <w:spacing w:before="240" w:after="0" w:line="360" w:lineRule="auto"/>
      </w:pPr>
      <w:proofErr w:type="spellStart"/>
      <w:r>
        <w:rPr>
          <w:b/>
        </w:rPr>
        <w:t>Phiên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bản</w:t>
      </w:r>
      <w:proofErr w:type="spellEnd"/>
      <w:r>
        <w:rPr>
          <w:b/>
        </w:rPr>
        <w:t>:</w:t>
      </w:r>
      <w:r>
        <w:t xml:space="preserve"> Perth –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Solar bead light</w:t>
      </w:r>
    </w:p>
    <w:p w14:paraId="0000005F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Kiểu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dáng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Lệch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, </w:t>
      </w:r>
      <w:proofErr w:type="spellStart"/>
      <w:r>
        <w:t>xoay</w:t>
      </w:r>
      <w:proofErr w:type="spellEnd"/>
      <w:r>
        <w:t xml:space="preserve"> 360°, </w:t>
      </w:r>
      <w:proofErr w:type="spellStart"/>
      <w:r>
        <w:t>nghiêng</w:t>
      </w:r>
      <w:proofErr w:type="spellEnd"/>
      <w:r>
        <w:t xml:space="preserve"> </w:t>
      </w:r>
      <w:proofErr w:type="spellStart"/>
      <w:r>
        <w:t>tán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góc</w:t>
      </w:r>
      <w:proofErr w:type="spellEnd"/>
    </w:p>
    <w:p w14:paraId="00000060" w14:textId="77777777" w:rsidR="00443E72" w:rsidRDefault="00000000">
      <w:pPr>
        <w:numPr>
          <w:ilvl w:val="0"/>
          <w:numId w:val="8"/>
        </w:numPr>
        <w:spacing w:after="0" w:line="360" w:lineRule="auto"/>
      </w:pPr>
      <w:r>
        <w:rPr>
          <w:b/>
        </w:rPr>
        <w:t>Khung:</w:t>
      </w:r>
      <w:r>
        <w:t xml:space="preserve"> </w:t>
      </w:r>
      <w:proofErr w:type="spellStart"/>
      <w:r>
        <w:t>Nhôm</w:t>
      </w:r>
      <w:proofErr w:type="spellEnd"/>
      <w:r>
        <w:t xml:space="preserve"> 53×77×1.8mm, </w:t>
      </w:r>
      <w:proofErr w:type="spellStart"/>
      <w:r>
        <w:t>phủ</w:t>
      </w:r>
      <w:proofErr w:type="spellEnd"/>
      <w:r>
        <w:t xml:space="preserve"> </w:t>
      </w:r>
      <w:proofErr w:type="spellStart"/>
      <w:r>
        <w:t>sơn</w:t>
      </w:r>
      <w:proofErr w:type="spellEnd"/>
      <w:r>
        <w:t xml:space="preserve"> </w:t>
      </w:r>
      <w:proofErr w:type="spellStart"/>
      <w:r>
        <w:t>tĩnh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 champagne</w:t>
      </w:r>
    </w:p>
    <w:p w14:paraId="00000061" w14:textId="77777777" w:rsidR="00443E72" w:rsidRDefault="00000000">
      <w:pPr>
        <w:numPr>
          <w:ilvl w:val="0"/>
          <w:numId w:val="8"/>
        </w:numPr>
        <w:spacing w:after="0" w:line="360" w:lineRule="auto"/>
      </w:pPr>
      <w:r>
        <w:rPr>
          <w:b/>
        </w:rPr>
        <w:t>Nan:</w:t>
      </w:r>
      <w:r>
        <w:t xml:space="preserve"> </w:t>
      </w:r>
      <w:proofErr w:type="spellStart"/>
      <w:r>
        <w:t>Thép</w:t>
      </w:r>
      <w:proofErr w:type="spellEnd"/>
      <w:r>
        <w:t xml:space="preserve"> 14×24×0.45mm, </w:t>
      </w:r>
      <w:proofErr w:type="spellStart"/>
      <w:r>
        <w:t>mạ</w:t>
      </w:r>
      <w:proofErr w:type="spellEnd"/>
      <w:r>
        <w:t xml:space="preserve"> </w:t>
      </w:r>
      <w:proofErr w:type="spellStart"/>
      <w:r>
        <w:t>kẽm</w:t>
      </w:r>
      <w:proofErr w:type="spellEnd"/>
      <w:r>
        <w:t xml:space="preserve"> </w:t>
      </w:r>
      <w:proofErr w:type="spellStart"/>
      <w:r>
        <w:t>chống</w:t>
      </w:r>
      <w:proofErr w:type="spellEnd"/>
      <w:r>
        <w:t xml:space="preserve"> </w:t>
      </w:r>
      <w:proofErr w:type="spellStart"/>
      <w:r>
        <w:t>gỉ</w:t>
      </w:r>
      <w:proofErr w:type="spellEnd"/>
    </w:p>
    <w:p w14:paraId="00000062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Cột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treo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Thép</w:t>
      </w:r>
      <w:proofErr w:type="spellEnd"/>
      <w:r>
        <w:t xml:space="preserve"> </w:t>
      </w:r>
      <w:proofErr w:type="spellStart"/>
      <w:r>
        <w:t>hộp</w:t>
      </w:r>
      <w:proofErr w:type="spellEnd"/>
      <w:r>
        <w:t xml:space="preserve"> 25×40×1.0mm</w:t>
      </w:r>
    </w:p>
    <w:p w14:paraId="00000063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Vải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dù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Nhuộm</w:t>
      </w:r>
      <w:proofErr w:type="spellEnd"/>
      <w:r>
        <w:t xml:space="preserve"> </w:t>
      </w:r>
      <w:proofErr w:type="spellStart"/>
      <w:r>
        <w:t>sợi</w:t>
      </w:r>
      <w:proofErr w:type="spellEnd"/>
      <w:r>
        <w:t xml:space="preserve"> polyester PU 230g/m² </w:t>
      </w:r>
      <w:proofErr w:type="spellStart"/>
      <w:r>
        <w:t>chống</w:t>
      </w:r>
      <w:proofErr w:type="spellEnd"/>
      <w:r>
        <w:t xml:space="preserve"> </w:t>
      </w:r>
      <w:proofErr w:type="spellStart"/>
      <w:r>
        <w:t>thấm</w:t>
      </w:r>
      <w:proofErr w:type="spellEnd"/>
      <w:r>
        <w:t xml:space="preserve">, </w:t>
      </w:r>
      <w:proofErr w:type="spellStart"/>
      <w:r>
        <w:t>bền</w:t>
      </w:r>
      <w:proofErr w:type="spellEnd"/>
      <w:r>
        <w:t xml:space="preserve"> </w:t>
      </w:r>
      <w:proofErr w:type="spellStart"/>
      <w:r>
        <w:t>màu</w:t>
      </w:r>
      <w:proofErr w:type="spellEnd"/>
    </w:p>
    <w:p w14:paraId="00000064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Màu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sắc</w:t>
      </w:r>
      <w:proofErr w:type="spellEnd"/>
      <w:r>
        <w:t xml:space="preserve">: Xanh </w:t>
      </w:r>
      <w:proofErr w:type="spellStart"/>
      <w:r>
        <w:t>rêu</w:t>
      </w:r>
      <w:proofErr w:type="spellEnd"/>
      <w:r>
        <w:t xml:space="preserve">, </w:t>
      </w:r>
      <w:proofErr w:type="spellStart"/>
      <w:r>
        <w:t>Đỏ</w:t>
      </w:r>
      <w:proofErr w:type="spellEnd"/>
      <w:r>
        <w:t xml:space="preserve"> </w:t>
      </w:r>
      <w:proofErr w:type="spellStart"/>
      <w:r>
        <w:t>mận</w:t>
      </w:r>
      <w:proofErr w:type="spellEnd"/>
      <w:r>
        <w:t xml:space="preserve">, </w:t>
      </w:r>
      <w:proofErr w:type="spellStart"/>
      <w:r>
        <w:t>Trắng</w:t>
      </w:r>
      <w:proofErr w:type="spellEnd"/>
      <w:r>
        <w:t>, Be</w:t>
      </w:r>
    </w:p>
    <w:p w14:paraId="00000065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Tích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hợp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Đèn</w:t>
      </w:r>
      <w:proofErr w:type="spellEnd"/>
      <w:r>
        <w:t xml:space="preserve"> </w:t>
      </w:r>
      <w:proofErr w:type="spellStart"/>
      <w:r>
        <w:t>hạt</w:t>
      </w:r>
      <w:proofErr w:type="spellEnd"/>
      <w:r>
        <w:t xml:space="preserve"> LED </w:t>
      </w:r>
      <w:proofErr w:type="spellStart"/>
      <w:r>
        <w:t>sạc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(1.6W, pin lithium 2000mAh,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24–26 lumen)</w:t>
      </w:r>
    </w:p>
    <w:p w14:paraId="00000066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Kích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tán</w:t>
      </w:r>
      <w:proofErr w:type="spellEnd"/>
      <w:r>
        <w:rPr>
          <w:b/>
        </w:rPr>
        <w:t>:</w:t>
      </w:r>
      <w:r>
        <w:t xml:space="preserve"> 3m × 3m</w:t>
      </w:r>
    </w:p>
    <w:p w14:paraId="00000067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Đế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Nhựa</w:t>
      </w:r>
      <w:proofErr w:type="spellEnd"/>
      <w:r>
        <w:t xml:space="preserve"> ABS 100L (84×84cm)</w:t>
      </w:r>
    </w:p>
    <w:p w14:paraId="00000068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Kích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đóng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gói</w:t>
      </w:r>
      <w:proofErr w:type="spellEnd"/>
      <w:r>
        <w:rPr>
          <w:b/>
        </w:rPr>
        <w:t>:</w:t>
      </w:r>
      <w:r>
        <w:t xml:space="preserve"> 264×40×16cm</w:t>
      </w:r>
    </w:p>
    <w:p w14:paraId="00000069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gốc</w:t>
      </w:r>
      <w:proofErr w:type="spellEnd"/>
      <w:r>
        <w:t>: 5.800.000đ</w:t>
      </w:r>
    </w:p>
    <w:p w14:paraId="0000006A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ưu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đãi</w:t>
      </w:r>
      <w:proofErr w:type="spellEnd"/>
      <w:r>
        <w:rPr>
          <w:b/>
        </w:rPr>
        <w:t>:</w:t>
      </w:r>
      <w:r>
        <w:t xml:space="preserve"> 4.490.000đ</w:t>
      </w:r>
    </w:p>
    <w:p w14:paraId="0000006B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điểm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bật</w:t>
      </w:r>
      <w:proofErr w:type="spellEnd"/>
      <w:r>
        <w:rPr>
          <w:b/>
        </w:rPr>
        <w:t>:</w:t>
      </w:r>
    </w:p>
    <w:p w14:paraId="0000006C" w14:textId="77777777" w:rsidR="00443E72" w:rsidRDefault="00000000">
      <w:pPr>
        <w:numPr>
          <w:ilvl w:val="1"/>
          <w:numId w:val="8"/>
        </w:numPr>
        <w:spacing w:after="0" w:line="360" w:lineRule="auto"/>
      </w:pPr>
      <w:proofErr w:type="spellStart"/>
      <w:r>
        <w:t>Đèn</w:t>
      </w:r>
      <w:proofErr w:type="spellEnd"/>
      <w:r>
        <w:t xml:space="preserve"> LED </w:t>
      </w:r>
      <w:proofErr w:type="spellStart"/>
      <w:r>
        <w:t>hạt</w:t>
      </w:r>
      <w:proofErr w:type="spellEnd"/>
      <w:r>
        <w:t xml:space="preserve"> </w:t>
      </w:r>
      <w:proofErr w:type="spellStart"/>
      <w:r>
        <w:t>sạc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trời</w:t>
      </w:r>
      <w:proofErr w:type="spellEnd"/>
    </w:p>
    <w:p w14:paraId="0000006D" w14:textId="77777777" w:rsidR="00443E72" w:rsidRDefault="00000000">
      <w:pPr>
        <w:numPr>
          <w:ilvl w:val="1"/>
          <w:numId w:val="8"/>
        </w:numPr>
        <w:spacing w:after="0" w:line="360" w:lineRule="auto"/>
      </w:pPr>
      <w:r>
        <w:t xml:space="preserve">Ánh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nan – </w:t>
      </w:r>
      <w:proofErr w:type="spellStart"/>
      <w:r>
        <w:t>thẩm</w:t>
      </w:r>
      <w:proofErr w:type="spellEnd"/>
      <w:r>
        <w:t xml:space="preserve"> </w:t>
      </w:r>
      <w:proofErr w:type="spellStart"/>
      <w:r>
        <w:t>mỹ</w:t>
      </w:r>
      <w:proofErr w:type="spellEnd"/>
      <w:r>
        <w:t xml:space="preserve">,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ban </w:t>
      </w:r>
      <w:proofErr w:type="spellStart"/>
      <w:r>
        <w:t>đêm</w:t>
      </w:r>
      <w:proofErr w:type="spellEnd"/>
    </w:p>
    <w:p w14:paraId="0000006E" w14:textId="77777777" w:rsidR="00443E72" w:rsidRDefault="00000000">
      <w:pPr>
        <w:numPr>
          <w:ilvl w:val="1"/>
          <w:numId w:val="8"/>
        </w:numPr>
        <w:spacing w:after="0" w:line="360" w:lineRule="auto"/>
      </w:pPr>
      <w:r>
        <w:t xml:space="preserve">Khung champagne </w:t>
      </w:r>
      <w:proofErr w:type="spellStart"/>
      <w:r>
        <w:t>bền</w:t>
      </w:r>
      <w:proofErr w:type="spellEnd"/>
      <w:r>
        <w:t xml:space="preserve">, </w:t>
      </w:r>
      <w:proofErr w:type="spellStart"/>
      <w:r>
        <w:t>vải</w:t>
      </w:r>
      <w:proofErr w:type="spellEnd"/>
      <w:r>
        <w:t xml:space="preserve"> </w:t>
      </w:r>
      <w:proofErr w:type="spellStart"/>
      <w:r>
        <w:t>chống</w:t>
      </w:r>
      <w:proofErr w:type="spellEnd"/>
      <w:r>
        <w:t xml:space="preserve"> </w:t>
      </w:r>
      <w:proofErr w:type="spellStart"/>
      <w:r>
        <w:t>tia</w:t>
      </w:r>
      <w:proofErr w:type="spellEnd"/>
      <w:r>
        <w:t xml:space="preserve"> UV,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vườn</w:t>
      </w:r>
      <w:proofErr w:type="spellEnd"/>
      <w:r>
        <w:t>, resort</w:t>
      </w:r>
    </w:p>
    <w:p w14:paraId="0000006F" w14:textId="77777777" w:rsidR="00443E72" w:rsidRDefault="00000000">
      <w:pPr>
        <w:numPr>
          <w:ilvl w:val="0"/>
          <w:numId w:val="8"/>
        </w:numPr>
        <w:spacing w:after="0" w:line="360" w:lineRule="auto"/>
      </w:pPr>
      <w:proofErr w:type="spellStart"/>
      <w:r>
        <w:rPr>
          <w:b/>
        </w:rPr>
        <w:t>Ảnh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tế</w:t>
      </w:r>
      <w:proofErr w:type="spellEnd"/>
      <w:r>
        <w:rPr>
          <w:b/>
        </w:rPr>
        <w:t>:</w:t>
      </w:r>
      <w:r>
        <w:t xml:space="preserve"> </w:t>
      </w:r>
    </w:p>
    <w:p w14:paraId="00000070" w14:textId="77777777" w:rsidR="00443E72" w:rsidRDefault="00000000">
      <w:pPr>
        <w:numPr>
          <w:ilvl w:val="1"/>
          <w:numId w:val="8"/>
        </w:numPr>
        <w:spacing w:after="0" w:line="360" w:lineRule="auto"/>
      </w:pPr>
      <w:proofErr w:type="spellStart"/>
      <w:r>
        <w:t>Màu</w:t>
      </w:r>
      <w:proofErr w:type="spellEnd"/>
      <w:r>
        <w:t xml:space="preserve"> be: </w:t>
      </w:r>
      <w:hyperlink r:id="rId47">
        <w:r>
          <w:rPr>
            <w:color w:val="1155CC"/>
            <w:u w:val="single"/>
          </w:rPr>
          <w:t>https://content.pancake.vn/2-24/2024/11/29/baeca5ea7f04716d38cbf2ebf2e1ba9983a1e31e.jpg</w:t>
        </w:r>
      </w:hyperlink>
      <w:r>
        <w:t xml:space="preserve"> ; </w:t>
      </w:r>
      <w:hyperlink r:id="rId48">
        <w:r>
          <w:rPr>
            <w:color w:val="1155CC"/>
            <w:u w:val="single"/>
          </w:rPr>
          <w:t>https://content.pancake.vn/2-24/2024/11/25/1677b706567e0d7d36471e4f0ec6e85aed873fde.jpg</w:t>
        </w:r>
      </w:hyperlink>
      <w:r>
        <w:t xml:space="preserve"> </w:t>
      </w:r>
    </w:p>
    <w:p w14:paraId="00000071" w14:textId="77777777" w:rsidR="00443E72" w:rsidRDefault="00000000">
      <w:pPr>
        <w:numPr>
          <w:ilvl w:val="1"/>
          <w:numId w:val="8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trắng</w:t>
      </w:r>
      <w:proofErr w:type="spellEnd"/>
      <w:r>
        <w:t xml:space="preserve">: </w:t>
      </w:r>
      <w:hyperlink r:id="rId49">
        <w:r>
          <w:rPr>
            <w:color w:val="1155CC"/>
            <w:u w:val="single"/>
          </w:rPr>
          <w:t>https://content.pancake.vn/2-25/2025/6/14/9eac024f3a4736a313ca1852f92b03bb9f40604c.jpg</w:t>
        </w:r>
      </w:hyperlink>
      <w:r>
        <w:t xml:space="preserve"> ; </w:t>
      </w:r>
      <w:hyperlink r:id="rId50">
        <w:r>
          <w:rPr>
            <w:color w:val="1155CC"/>
            <w:u w:val="single"/>
          </w:rPr>
          <w:t>https://content.pancake.vn/2-25/2025/6/17/977dba8f690db80b70e7ca83e9aef6b723453faa.jpg</w:t>
        </w:r>
      </w:hyperlink>
      <w:r>
        <w:t xml:space="preserve"> </w:t>
      </w:r>
    </w:p>
    <w:p w14:paraId="00000072" w14:textId="77777777" w:rsidR="00443E72" w:rsidRDefault="00000000">
      <w:pPr>
        <w:numPr>
          <w:ilvl w:val="1"/>
          <w:numId w:val="8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đỏ</w:t>
      </w:r>
      <w:proofErr w:type="spellEnd"/>
      <w:r>
        <w:t xml:space="preserve">: </w:t>
      </w:r>
      <w:hyperlink r:id="rId51">
        <w:r>
          <w:rPr>
            <w:color w:val="1155CC"/>
            <w:u w:val="single"/>
          </w:rPr>
          <w:t>https://content.pancake.vn/2-25/2025/5/6/29aa682f08990c3f8f0560ee503aa5ca7a89a2d3.jpg</w:t>
        </w:r>
      </w:hyperlink>
      <w:r>
        <w:t xml:space="preserve"> </w:t>
      </w:r>
    </w:p>
    <w:p w14:paraId="00000073" w14:textId="77777777" w:rsidR="00443E72" w:rsidRDefault="00000000">
      <w:pPr>
        <w:numPr>
          <w:ilvl w:val="1"/>
          <w:numId w:val="8"/>
        </w:numPr>
        <w:spacing w:after="24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: </w:t>
      </w:r>
      <w:hyperlink r:id="rId52">
        <w:r>
          <w:rPr>
            <w:color w:val="1155CC"/>
            <w:u w:val="single"/>
          </w:rPr>
          <w:t>https://content.pancake.vn/2-25/2025/5/4/639db82ffb3f6d1415ff8e3dd9e03e2f76a978b7.jpg</w:t>
        </w:r>
      </w:hyperlink>
      <w:r>
        <w:t xml:space="preserve"> </w:t>
      </w:r>
      <w:r>
        <w:rPr>
          <w:color w:val="188038"/>
        </w:rPr>
        <w:br/>
      </w:r>
    </w:p>
    <w:p w14:paraId="00000074" w14:textId="77777777" w:rsidR="00443E72" w:rsidRDefault="00000000">
      <w:pPr>
        <w:pStyle w:val="Heading3"/>
        <w:keepNext w:val="0"/>
        <w:keepLines w:val="0"/>
        <w:spacing w:before="280" w:line="360" w:lineRule="auto"/>
        <w:rPr>
          <w:color w:val="000000"/>
          <w:sz w:val="26"/>
          <w:szCs w:val="26"/>
        </w:rPr>
      </w:pPr>
      <w:bookmarkStart w:id="10" w:name="_heading=h.uh5o4mlljrrq" w:colFirst="0" w:colLast="0"/>
      <w:bookmarkEnd w:id="10"/>
      <w:r>
        <w:rPr>
          <w:color w:val="000000"/>
          <w:sz w:val="26"/>
          <w:szCs w:val="26"/>
        </w:rPr>
        <w:t xml:space="preserve">2. Model R462 – Ô Roma </w:t>
      </w:r>
      <w:proofErr w:type="spellStart"/>
      <w:r>
        <w:rPr>
          <w:color w:val="000000"/>
          <w:sz w:val="26"/>
          <w:szCs w:val="26"/>
        </w:rPr>
        <w:t>phổ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thông</w:t>
      </w:r>
      <w:proofErr w:type="spellEnd"/>
      <w:r>
        <w:rPr>
          <w:color w:val="000000"/>
          <w:sz w:val="26"/>
          <w:szCs w:val="26"/>
        </w:rPr>
        <w:t xml:space="preserve"> (Economical Roma Umbrella)</w:t>
      </w:r>
    </w:p>
    <w:p w14:paraId="00000075" w14:textId="77777777" w:rsidR="00443E72" w:rsidRDefault="00000000">
      <w:pPr>
        <w:numPr>
          <w:ilvl w:val="0"/>
          <w:numId w:val="1"/>
        </w:numPr>
        <w:spacing w:before="240" w:after="0" w:line="360" w:lineRule="auto"/>
      </w:pPr>
      <w:proofErr w:type="spellStart"/>
      <w:r>
        <w:rPr>
          <w:b/>
        </w:rPr>
        <w:t>Kiểu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dáng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Lệch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2.5m × 2.5m</w:t>
      </w:r>
    </w:p>
    <w:p w14:paraId="00000076" w14:textId="77777777" w:rsidR="00443E72" w:rsidRDefault="00000000">
      <w:pPr>
        <w:numPr>
          <w:ilvl w:val="0"/>
          <w:numId w:val="1"/>
        </w:numPr>
        <w:spacing w:after="0" w:line="360" w:lineRule="auto"/>
      </w:pPr>
      <w:r>
        <w:rPr>
          <w:b/>
        </w:rPr>
        <w:t>Khung:</w:t>
      </w:r>
      <w:r>
        <w:t xml:space="preserve"> </w:t>
      </w:r>
      <w:proofErr w:type="spellStart"/>
      <w:r>
        <w:t>Thép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φ48×1.0mm</w:t>
      </w:r>
    </w:p>
    <w:p w14:paraId="00000077" w14:textId="77777777" w:rsidR="00443E72" w:rsidRDefault="00000000">
      <w:pPr>
        <w:numPr>
          <w:ilvl w:val="0"/>
          <w:numId w:val="1"/>
        </w:numPr>
        <w:spacing w:after="0" w:line="360" w:lineRule="auto"/>
      </w:pPr>
      <w:proofErr w:type="spellStart"/>
      <w:r>
        <w:rPr>
          <w:b/>
        </w:rPr>
        <w:t>Cột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treo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Thép</w:t>
      </w:r>
      <w:proofErr w:type="spellEnd"/>
      <w:r>
        <w:t xml:space="preserve"> </w:t>
      </w:r>
      <w:proofErr w:type="spellStart"/>
      <w:r>
        <w:t>hộp</w:t>
      </w:r>
      <w:proofErr w:type="spellEnd"/>
      <w:r>
        <w:t xml:space="preserve"> 20×40×1.0mm</w:t>
      </w:r>
    </w:p>
    <w:p w14:paraId="00000078" w14:textId="77777777" w:rsidR="00443E72" w:rsidRDefault="00000000">
      <w:pPr>
        <w:numPr>
          <w:ilvl w:val="0"/>
          <w:numId w:val="1"/>
        </w:numPr>
        <w:spacing w:after="0" w:line="360" w:lineRule="auto"/>
      </w:pPr>
      <w:r>
        <w:rPr>
          <w:b/>
        </w:rPr>
        <w:t>Nan:</w:t>
      </w:r>
      <w:r>
        <w:t xml:space="preserve"> 12×18×0.45mm</w:t>
      </w:r>
    </w:p>
    <w:p w14:paraId="00000079" w14:textId="77777777" w:rsidR="00443E72" w:rsidRDefault="00000000">
      <w:pPr>
        <w:numPr>
          <w:ilvl w:val="0"/>
          <w:numId w:val="1"/>
        </w:numPr>
        <w:spacing w:after="0" w:line="360" w:lineRule="auto"/>
      </w:pPr>
      <w:proofErr w:type="spellStart"/>
      <w:r>
        <w:rPr>
          <w:b/>
        </w:rPr>
        <w:t>Vải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dù</w:t>
      </w:r>
      <w:proofErr w:type="spellEnd"/>
      <w:r>
        <w:rPr>
          <w:b/>
        </w:rPr>
        <w:t>:</w:t>
      </w:r>
      <w:r>
        <w:t xml:space="preserve"> PU 160g/m² </w:t>
      </w:r>
    </w:p>
    <w:p w14:paraId="0000007A" w14:textId="77777777" w:rsidR="00443E72" w:rsidRDefault="00000000">
      <w:pPr>
        <w:numPr>
          <w:ilvl w:val="0"/>
          <w:numId w:val="1"/>
        </w:numPr>
        <w:spacing w:after="0" w:line="360" w:lineRule="auto"/>
      </w:pPr>
      <w:proofErr w:type="spellStart"/>
      <w:r>
        <w:rPr>
          <w:b/>
        </w:rPr>
        <w:t>Màu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sắc</w:t>
      </w:r>
      <w:proofErr w:type="spellEnd"/>
      <w:r>
        <w:t xml:space="preserve">: Be, </w:t>
      </w:r>
      <w:proofErr w:type="spellStart"/>
      <w:r>
        <w:t>Trắng</w:t>
      </w:r>
      <w:proofErr w:type="spellEnd"/>
      <w:r>
        <w:t xml:space="preserve">, Xanh </w:t>
      </w:r>
      <w:proofErr w:type="spellStart"/>
      <w:r>
        <w:t>rêu</w:t>
      </w:r>
      <w:proofErr w:type="spellEnd"/>
      <w:r>
        <w:t xml:space="preserve">, </w:t>
      </w:r>
      <w:proofErr w:type="spellStart"/>
      <w:r>
        <w:t>Đỏ</w:t>
      </w:r>
      <w:proofErr w:type="spellEnd"/>
      <w:r>
        <w:t xml:space="preserve"> </w:t>
      </w:r>
      <w:proofErr w:type="spellStart"/>
      <w:r>
        <w:t>mận</w:t>
      </w:r>
      <w:proofErr w:type="spellEnd"/>
    </w:p>
    <w:p w14:paraId="0000007B" w14:textId="77777777" w:rsidR="00443E72" w:rsidRDefault="00000000">
      <w:pPr>
        <w:numPr>
          <w:ilvl w:val="0"/>
          <w:numId w:val="1"/>
        </w:numPr>
        <w:spacing w:after="0" w:line="360" w:lineRule="auto"/>
      </w:pPr>
      <w:proofErr w:type="spellStart"/>
      <w:r>
        <w:rPr>
          <w:b/>
        </w:rPr>
        <w:t>Đế</w:t>
      </w:r>
      <w:proofErr w:type="spellEnd"/>
      <w:r>
        <w:rPr>
          <w:b/>
        </w:rPr>
        <w:t>:</w:t>
      </w:r>
      <w:r>
        <w:t xml:space="preserve"> Tôn 40×60cm,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đổ</w:t>
      </w:r>
      <w:proofErr w:type="spellEnd"/>
      <w:r>
        <w:t xml:space="preserve"> </w:t>
      </w:r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  <w:r>
        <w:t xml:space="preserve"> (</w:t>
      </w:r>
      <w:proofErr w:type="spellStart"/>
      <w:r>
        <w:t>đổ</w:t>
      </w:r>
      <w:proofErr w:type="spellEnd"/>
      <w:r>
        <w:t xml:space="preserve"> </w:t>
      </w:r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~50-60kg). </w:t>
      </w:r>
      <w:proofErr w:type="spellStart"/>
      <w:r>
        <w:t>Có</w:t>
      </w:r>
      <w:proofErr w:type="spellEnd"/>
      <w:r>
        <w:t xml:space="preserve"> bánh </w:t>
      </w:r>
      <w:proofErr w:type="spellStart"/>
      <w:r>
        <w:t>xe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di </w:t>
      </w:r>
      <w:proofErr w:type="spellStart"/>
      <w:r>
        <w:t>chuyển</w:t>
      </w:r>
      <w:proofErr w:type="spellEnd"/>
      <w:r>
        <w:t>.</w:t>
      </w:r>
    </w:p>
    <w:p w14:paraId="0000007C" w14:textId="77777777" w:rsidR="00443E72" w:rsidRDefault="00000000">
      <w:pPr>
        <w:numPr>
          <w:ilvl w:val="0"/>
          <w:numId w:val="1"/>
        </w:numPr>
        <w:spacing w:after="0" w:line="360" w:lineRule="auto"/>
      </w:pPr>
      <w:proofErr w:type="spellStart"/>
      <w:r>
        <w:rPr>
          <w:b/>
        </w:rPr>
        <w:t>Kích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đóng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gói</w:t>
      </w:r>
      <w:proofErr w:type="spellEnd"/>
      <w:r>
        <w:rPr>
          <w:b/>
        </w:rPr>
        <w:t>:</w:t>
      </w:r>
      <w:r>
        <w:t xml:space="preserve"> 190×34×14cm</w:t>
      </w:r>
    </w:p>
    <w:p w14:paraId="0000007D" w14:textId="77777777" w:rsidR="00443E72" w:rsidRDefault="00000000">
      <w:pPr>
        <w:numPr>
          <w:ilvl w:val="0"/>
          <w:numId w:val="1"/>
        </w:numPr>
        <w:spacing w:after="0" w:line="360" w:lineRule="auto"/>
        <w:rPr>
          <w:b/>
        </w:rPr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gốc</w:t>
      </w:r>
      <w:proofErr w:type="spellEnd"/>
      <w:r>
        <w:rPr>
          <w:b/>
        </w:rPr>
        <w:t xml:space="preserve">: </w:t>
      </w:r>
      <w:r>
        <w:t>2.410.000đ</w:t>
      </w:r>
    </w:p>
    <w:p w14:paraId="0000007E" w14:textId="77777777" w:rsidR="00443E72" w:rsidRDefault="00000000">
      <w:pPr>
        <w:numPr>
          <w:ilvl w:val="0"/>
          <w:numId w:val="1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ưu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đãi</w:t>
      </w:r>
      <w:proofErr w:type="spellEnd"/>
      <w:r>
        <w:rPr>
          <w:b/>
        </w:rPr>
        <w:t>:</w:t>
      </w:r>
      <w:r>
        <w:t xml:space="preserve"> 1.750.000đ</w:t>
      </w:r>
    </w:p>
    <w:p w14:paraId="0000007F" w14:textId="77777777" w:rsidR="00443E72" w:rsidRDefault="00000000">
      <w:pPr>
        <w:numPr>
          <w:ilvl w:val="0"/>
          <w:numId w:val="1"/>
        </w:numPr>
        <w:spacing w:after="0" w:line="360" w:lineRule="auto"/>
      </w:pP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điểm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bật</w:t>
      </w:r>
      <w:proofErr w:type="spellEnd"/>
      <w:r>
        <w:rPr>
          <w:b/>
        </w:rPr>
        <w:t>:</w:t>
      </w:r>
    </w:p>
    <w:p w14:paraId="00000080" w14:textId="77777777" w:rsidR="00443E72" w:rsidRDefault="00000000">
      <w:pPr>
        <w:numPr>
          <w:ilvl w:val="1"/>
          <w:numId w:val="1"/>
        </w:numPr>
        <w:spacing w:after="0" w:line="360" w:lineRule="auto"/>
      </w:pPr>
      <w:proofErr w:type="spellStart"/>
      <w:r>
        <w:t>Giá</w:t>
      </w:r>
      <w:proofErr w:type="spellEnd"/>
      <w:r>
        <w:t xml:space="preserve"> </w:t>
      </w:r>
      <w:proofErr w:type="spellStart"/>
      <w:r>
        <w:t>rẻ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ROMA</w:t>
      </w:r>
    </w:p>
    <w:p w14:paraId="00000081" w14:textId="77777777" w:rsidR="00443E72" w:rsidRDefault="00000000">
      <w:pPr>
        <w:numPr>
          <w:ilvl w:val="1"/>
          <w:numId w:val="1"/>
        </w:numPr>
        <w:spacing w:after="0" w:line="360" w:lineRule="auto"/>
      </w:pPr>
      <w:proofErr w:type="spellStart"/>
      <w:r>
        <w:t>Có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: </w:t>
      </w:r>
      <w:proofErr w:type="spellStart"/>
      <w:r>
        <w:t>nghiêng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, quay 360°,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tời</w:t>
      </w:r>
      <w:proofErr w:type="spellEnd"/>
      <w:r>
        <w:t xml:space="preserve"> quay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lực</w:t>
      </w:r>
      <w:proofErr w:type="spellEnd"/>
    </w:p>
    <w:p w14:paraId="00000082" w14:textId="77777777" w:rsidR="00443E72" w:rsidRDefault="00000000">
      <w:pPr>
        <w:numPr>
          <w:ilvl w:val="1"/>
          <w:numId w:val="1"/>
        </w:numPr>
        <w:spacing w:after="0" w:line="360" w:lineRule="auto"/>
      </w:pP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, </w:t>
      </w:r>
      <w:proofErr w:type="spellStart"/>
      <w:r>
        <w:t>quán</w:t>
      </w:r>
      <w:proofErr w:type="spellEnd"/>
      <w:r>
        <w:t xml:space="preserve"> café, </w:t>
      </w:r>
      <w:proofErr w:type="spellStart"/>
      <w:r>
        <w:t>cửa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</w:p>
    <w:p w14:paraId="00000083" w14:textId="77777777" w:rsidR="00443E72" w:rsidRDefault="00000000">
      <w:pPr>
        <w:numPr>
          <w:ilvl w:val="1"/>
          <w:numId w:val="1"/>
        </w:numPr>
        <w:spacing w:after="0" w:line="360" w:lineRule="auto"/>
      </w:pPr>
      <w:proofErr w:type="spellStart"/>
      <w:r>
        <w:t>Hệ</w:t>
      </w:r>
      <w:proofErr w:type="spellEnd"/>
      <w:r>
        <w:t xml:space="preserve"> </w:t>
      </w:r>
      <w:proofErr w:type="spellStart"/>
      <w:r>
        <w:t>khung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kim</w:t>
      </w:r>
      <w:proofErr w:type="spellEnd"/>
      <w:r>
        <w:t xml:space="preserve"> </w:t>
      </w:r>
      <w:proofErr w:type="spellStart"/>
      <w:r>
        <w:t>thép</w:t>
      </w:r>
      <w:proofErr w:type="spellEnd"/>
    </w:p>
    <w:p w14:paraId="00000084" w14:textId="77777777" w:rsidR="00443E72" w:rsidRDefault="00000000">
      <w:pPr>
        <w:numPr>
          <w:ilvl w:val="0"/>
          <w:numId w:val="1"/>
        </w:numPr>
        <w:spacing w:after="0" w:line="360" w:lineRule="auto"/>
      </w:pPr>
      <w:proofErr w:type="spellStart"/>
      <w:r>
        <w:rPr>
          <w:b/>
        </w:rPr>
        <w:t>Ảnh</w:t>
      </w:r>
      <w:proofErr w:type="spellEnd"/>
      <w:r>
        <w:rPr>
          <w:b/>
        </w:rPr>
        <w:t xml:space="preserve"> chi </w:t>
      </w:r>
      <w:proofErr w:type="spellStart"/>
      <w:r>
        <w:rPr>
          <w:b/>
        </w:rPr>
        <w:t>tiết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sản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phẩm</w:t>
      </w:r>
      <w:proofErr w:type="spellEnd"/>
      <w:r>
        <w:t xml:space="preserve">: </w:t>
      </w:r>
      <w:hyperlink r:id="rId53">
        <w:r>
          <w:rPr>
            <w:color w:val="1155CC"/>
            <w:u w:val="single"/>
          </w:rPr>
          <w:t>https://content.pancake.vn/2-24/2024/6/25/86a027bf110ad951e43a11e812e5fc4d6fff492b.jpg</w:t>
        </w:r>
      </w:hyperlink>
      <w:r>
        <w:t xml:space="preserve"> </w:t>
      </w:r>
    </w:p>
    <w:p w14:paraId="00000085" w14:textId="77777777" w:rsidR="00443E72" w:rsidRDefault="00000000">
      <w:pPr>
        <w:numPr>
          <w:ilvl w:val="0"/>
          <w:numId w:val="1"/>
        </w:numPr>
        <w:spacing w:after="0" w:line="360" w:lineRule="auto"/>
      </w:pPr>
      <w:proofErr w:type="spellStart"/>
      <w:r>
        <w:rPr>
          <w:b/>
        </w:rPr>
        <w:t>Ảnh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tế</w:t>
      </w:r>
      <w:proofErr w:type="spellEnd"/>
      <w:r>
        <w:rPr>
          <w:b/>
        </w:rPr>
        <w:t>:</w:t>
      </w:r>
      <w:r>
        <w:t xml:space="preserve"> </w:t>
      </w:r>
    </w:p>
    <w:p w14:paraId="00000086" w14:textId="77777777" w:rsidR="00443E72" w:rsidRDefault="00000000">
      <w:pPr>
        <w:numPr>
          <w:ilvl w:val="1"/>
          <w:numId w:val="1"/>
        </w:numPr>
        <w:spacing w:after="0" w:line="360" w:lineRule="auto"/>
      </w:pPr>
      <w:proofErr w:type="spellStart"/>
      <w:r>
        <w:t>Màu</w:t>
      </w:r>
      <w:proofErr w:type="spellEnd"/>
      <w:r>
        <w:t xml:space="preserve"> be: </w:t>
      </w:r>
      <w:hyperlink r:id="rId54">
        <w:r>
          <w:rPr>
            <w:color w:val="1155CC"/>
            <w:u w:val="single"/>
          </w:rPr>
          <w:t>https://content.pancake.vn/2-2510/2025/10/11/bf281dea664c46888e6c64f67180d5467e744c24.jpg</w:t>
        </w:r>
      </w:hyperlink>
      <w:r>
        <w:t xml:space="preserve"> </w:t>
      </w:r>
    </w:p>
    <w:p w14:paraId="00000087" w14:textId="77777777" w:rsidR="00443E72" w:rsidRDefault="00000000">
      <w:pPr>
        <w:numPr>
          <w:ilvl w:val="1"/>
          <w:numId w:val="1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trắng</w:t>
      </w:r>
      <w:proofErr w:type="spellEnd"/>
      <w:r>
        <w:t xml:space="preserve">: </w:t>
      </w:r>
      <w:hyperlink r:id="rId55">
        <w:r>
          <w:rPr>
            <w:color w:val="1155CC"/>
            <w:u w:val="single"/>
          </w:rPr>
          <w:t>https://content.pancake.vn/2-25/2025/2/18/4586353c82e446d4240d697ad049e80e20b3ef24.jpg</w:t>
        </w:r>
      </w:hyperlink>
      <w:r>
        <w:t xml:space="preserve"> ; </w:t>
      </w:r>
      <w:hyperlink r:id="rId56">
        <w:r>
          <w:rPr>
            <w:color w:val="1155CC"/>
            <w:u w:val="single"/>
          </w:rPr>
          <w:t>https://content.pancake.vn/2-2510/2025/10/11/59f40d140ab728039722760332b46214f8052a35.jpg</w:t>
        </w:r>
      </w:hyperlink>
      <w:r>
        <w:t xml:space="preserve"> </w:t>
      </w:r>
    </w:p>
    <w:p w14:paraId="00000088" w14:textId="77777777" w:rsidR="00443E72" w:rsidRDefault="00000000">
      <w:pPr>
        <w:numPr>
          <w:ilvl w:val="1"/>
          <w:numId w:val="1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đỏ</w:t>
      </w:r>
      <w:proofErr w:type="spellEnd"/>
      <w:r>
        <w:t xml:space="preserve">: </w:t>
      </w:r>
      <w:hyperlink r:id="rId57">
        <w:r>
          <w:rPr>
            <w:color w:val="1155CC"/>
            <w:u w:val="single"/>
          </w:rPr>
          <w:t>https://content.pancake.vn/2-25/2025/2/18/f2f86e845abf8b1f7638915769cf8186611f47bd.jpg</w:t>
        </w:r>
      </w:hyperlink>
      <w:r>
        <w:t xml:space="preserve"> ; </w:t>
      </w:r>
      <w:hyperlink r:id="rId58">
        <w:r>
          <w:rPr>
            <w:color w:val="1155CC"/>
            <w:u w:val="single"/>
          </w:rPr>
          <w:t>https://content.pancake.vn/2-25/2025/5/4/58017a60bf90a85701904c90704e1d03f2d7c6e9.jpg</w:t>
        </w:r>
      </w:hyperlink>
      <w:r>
        <w:t xml:space="preserve"> </w:t>
      </w:r>
    </w:p>
    <w:p w14:paraId="00000089" w14:textId="77777777" w:rsidR="00443E72" w:rsidRDefault="00000000">
      <w:pPr>
        <w:numPr>
          <w:ilvl w:val="1"/>
          <w:numId w:val="1"/>
        </w:numPr>
        <w:spacing w:after="24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: </w:t>
      </w:r>
      <w:hyperlink r:id="rId59">
        <w:r>
          <w:rPr>
            <w:color w:val="1155CC"/>
            <w:u w:val="single"/>
          </w:rPr>
          <w:t>https://content.pancake.vn/2-25/2025/5/4/49deec019340c74634791530f4ace454dad5b6d4.jpg</w:t>
        </w:r>
      </w:hyperlink>
      <w:r>
        <w:t xml:space="preserve"> ; </w:t>
      </w:r>
      <w:hyperlink r:id="rId60">
        <w:r>
          <w:rPr>
            <w:color w:val="1155CC"/>
            <w:u w:val="single"/>
          </w:rPr>
          <w:t>https://content.pancake.vn/2-25/2025/5/4/6a75e5d0b61f74d78dbfc4ecf11652c41074e8bd.jpg</w:t>
        </w:r>
      </w:hyperlink>
      <w:r>
        <w:t xml:space="preserve"> </w:t>
      </w:r>
    </w:p>
    <w:p w14:paraId="0000008A" w14:textId="77777777" w:rsidR="00443E72" w:rsidRDefault="00000000">
      <w:pPr>
        <w:pStyle w:val="Heading3"/>
        <w:keepNext w:val="0"/>
        <w:keepLines w:val="0"/>
        <w:spacing w:before="280" w:line="360" w:lineRule="auto"/>
        <w:rPr>
          <w:color w:val="000000"/>
          <w:sz w:val="26"/>
          <w:szCs w:val="26"/>
        </w:rPr>
      </w:pPr>
      <w:bookmarkStart w:id="11" w:name="_heading=h.kqhdnoh4jfqx" w:colFirst="0" w:colLast="0"/>
      <w:bookmarkEnd w:id="11"/>
      <w:r>
        <w:rPr>
          <w:color w:val="000000"/>
          <w:sz w:val="26"/>
          <w:szCs w:val="26"/>
        </w:rPr>
        <w:t xml:space="preserve">3. Model R461 – Ô </w:t>
      </w:r>
      <w:proofErr w:type="spellStart"/>
      <w:r>
        <w:rPr>
          <w:color w:val="000000"/>
          <w:sz w:val="26"/>
          <w:szCs w:val="26"/>
        </w:rPr>
        <w:t>lệch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tâm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tròn</w:t>
      </w:r>
      <w:proofErr w:type="spellEnd"/>
      <w:r>
        <w:rPr>
          <w:color w:val="000000"/>
          <w:sz w:val="26"/>
          <w:szCs w:val="26"/>
        </w:rPr>
        <w:t xml:space="preserve"> Φ3m</w:t>
      </w:r>
    </w:p>
    <w:p w14:paraId="0000008B" w14:textId="77777777" w:rsidR="00443E72" w:rsidRDefault="00000000">
      <w:pPr>
        <w:numPr>
          <w:ilvl w:val="0"/>
          <w:numId w:val="7"/>
        </w:numPr>
        <w:spacing w:before="240" w:after="0" w:line="360" w:lineRule="auto"/>
      </w:pPr>
      <w:proofErr w:type="spellStart"/>
      <w:r>
        <w:rPr>
          <w:b/>
        </w:rPr>
        <w:t>Kiểu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dáng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Lệch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kính</w:t>
      </w:r>
      <w:proofErr w:type="spellEnd"/>
      <w:r>
        <w:t xml:space="preserve"> 3m, </w:t>
      </w:r>
      <w:proofErr w:type="spellStart"/>
      <w:r>
        <w:t>nghiêng</w:t>
      </w:r>
      <w:proofErr w:type="spellEnd"/>
      <w:r>
        <w:t xml:space="preserve"> </w:t>
      </w:r>
      <w:proofErr w:type="spellStart"/>
      <w:r>
        <w:t>tán</w:t>
      </w:r>
      <w:proofErr w:type="spellEnd"/>
      <w:r>
        <w:t xml:space="preserve">, </w:t>
      </w:r>
      <w:proofErr w:type="spellStart"/>
      <w:r>
        <w:t>xoay</w:t>
      </w:r>
      <w:proofErr w:type="spellEnd"/>
      <w:r>
        <w:t xml:space="preserve"> 360°</w:t>
      </w:r>
    </w:p>
    <w:p w14:paraId="0000008C" w14:textId="77777777" w:rsidR="00443E72" w:rsidRDefault="00000000">
      <w:pPr>
        <w:numPr>
          <w:ilvl w:val="0"/>
          <w:numId w:val="7"/>
        </w:numPr>
        <w:spacing w:after="0" w:line="360" w:lineRule="auto"/>
      </w:pPr>
      <w:r>
        <w:rPr>
          <w:b/>
        </w:rPr>
        <w:t>Khung:</w:t>
      </w:r>
      <w:r>
        <w:t xml:space="preserve"> </w:t>
      </w:r>
      <w:proofErr w:type="spellStart"/>
      <w:r>
        <w:t>Thép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φ48×0.8mm</w:t>
      </w:r>
    </w:p>
    <w:p w14:paraId="0000008D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Cột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treo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Thép</w:t>
      </w:r>
      <w:proofErr w:type="spellEnd"/>
      <w:r>
        <w:t xml:space="preserve"> φ42×0.8mm</w:t>
      </w:r>
    </w:p>
    <w:p w14:paraId="0000008E" w14:textId="77777777" w:rsidR="00443E72" w:rsidRDefault="00000000">
      <w:pPr>
        <w:numPr>
          <w:ilvl w:val="0"/>
          <w:numId w:val="7"/>
        </w:numPr>
        <w:spacing w:after="0" w:line="360" w:lineRule="auto"/>
      </w:pPr>
      <w:r>
        <w:rPr>
          <w:b/>
        </w:rPr>
        <w:t>Nan:</w:t>
      </w:r>
      <w:r>
        <w:t xml:space="preserve"> 12×18×0.45mm</w:t>
      </w:r>
    </w:p>
    <w:p w14:paraId="0000008F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Vải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dù</w:t>
      </w:r>
      <w:proofErr w:type="spellEnd"/>
      <w:r>
        <w:rPr>
          <w:b/>
        </w:rPr>
        <w:t>:</w:t>
      </w:r>
      <w:r>
        <w:t xml:space="preserve"> PU 160g/m²</w:t>
      </w:r>
    </w:p>
    <w:p w14:paraId="00000090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Màu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sắc</w:t>
      </w:r>
      <w:proofErr w:type="spellEnd"/>
      <w:r>
        <w:t xml:space="preserve">: </w:t>
      </w:r>
      <w:proofErr w:type="spellStart"/>
      <w:r>
        <w:t>Trắng</w:t>
      </w:r>
      <w:proofErr w:type="spellEnd"/>
      <w:r>
        <w:t xml:space="preserve">, Xanh </w:t>
      </w:r>
      <w:proofErr w:type="spellStart"/>
      <w:r>
        <w:t>rêu</w:t>
      </w:r>
      <w:proofErr w:type="spellEnd"/>
      <w:r>
        <w:t xml:space="preserve">, </w:t>
      </w:r>
      <w:proofErr w:type="spellStart"/>
      <w:r>
        <w:t>Đỏ</w:t>
      </w:r>
      <w:proofErr w:type="spellEnd"/>
      <w:r>
        <w:t xml:space="preserve"> </w:t>
      </w:r>
      <w:proofErr w:type="spellStart"/>
      <w:r>
        <w:t>mận</w:t>
      </w:r>
      <w:proofErr w:type="spellEnd"/>
    </w:p>
    <w:p w14:paraId="00000091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Đế</w:t>
      </w:r>
      <w:proofErr w:type="spellEnd"/>
      <w:r>
        <w:rPr>
          <w:b/>
        </w:rPr>
        <w:t>:</w:t>
      </w:r>
      <w:r>
        <w:t xml:space="preserve"> Tôn 40×60cm,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đổ</w:t>
      </w:r>
      <w:proofErr w:type="spellEnd"/>
      <w:r>
        <w:t xml:space="preserve"> </w:t>
      </w:r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  <w:r>
        <w:t xml:space="preserve"> (</w:t>
      </w:r>
      <w:proofErr w:type="spellStart"/>
      <w:r>
        <w:t>đổ</w:t>
      </w:r>
      <w:proofErr w:type="spellEnd"/>
      <w:r>
        <w:t xml:space="preserve"> </w:t>
      </w:r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~50-60kg). </w:t>
      </w:r>
      <w:proofErr w:type="spellStart"/>
      <w:r>
        <w:t>Có</w:t>
      </w:r>
      <w:proofErr w:type="spellEnd"/>
      <w:r>
        <w:t xml:space="preserve"> bánh </w:t>
      </w:r>
      <w:proofErr w:type="spellStart"/>
      <w:r>
        <w:t>xe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di </w:t>
      </w:r>
      <w:proofErr w:type="spellStart"/>
      <w:r>
        <w:t>chuyển</w:t>
      </w:r>
      <w:proofErr w:type="spellEnd"/>
      <w:r>
        <w:t>.</w:t>
      </w:r>
    </w:p>
    <w:p w14:paraId="00000092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Kích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đóng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gói</w:t>
      </w:r>
      <w:proofErr w:type="spellEnd"/>
      <w:r>
        <w:rPr>
          <w:b/>
        </w:rPr>
        <w:t>:</w:t>
      </w:r>
      <w:r>
        <w:t xml:space="preserve"> 192×30×14cm</w:t>
      </w:r>
    </w:p>
    <w:p w14:paraId="00000093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gốc</w:t>
      </w:r>
      <w:proofErr w:type="spellEnd"/>
      <w:r>
        <w:t>: 1.820.000đ</w:t>
      </w:r>
    </w:p>
    <w:p w14:paraId="00000094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ưu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đãi</w:t>
      </w:r>
      <w:proofErr w:type="spellEnd"/>
      <w:r>
        <w:rPr>
          <w:b/>
        </w:rPr>
        <w:t>:</w:t>
      </w:r>
      <w:r>
        <w:t xml:space="preserve"> 1.250.000đ</w:t>
      </w:r>
    </w:p>
    <w:p w14:paraId="00000095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điểm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bật</w:t>
      </w:r>
      <w:proofErr w:type="spellEnd"/>
      <w:r>
        <w:rPr>
          <w:b/>
        </w:rPr>
        <w:t>:</w:t>
      </w:r>
    </w:p>
    <w:p w14:paraId="00000096" w14:textId="77777777" w:rsidR="00443E72" w:rsidRDefault="00000000">
      <w:pPr>
        <w:numPr>
          <w:ilvl w:val="1"/>
          <w:numId w:val="7"/>
        </w:numPr>
        <w:spacing w:after="0" w:line="360" w:lineRule="auto"/>
      </w:pP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tán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kính</w:t>
      </w:r>
      <w:proofErr w:type="spellEnd"/>
      <w:r>
        <w:t xml:space="preserve"> 3m,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quán</w:t>
      </w:r>
      <w:proofErr w:type="spellEnd"/>
      <w:r>
        <w:t xml:space="preserve"> cafe</w:t>
      </w:r>
    </w:p>
    <w:p w14:paraId="00000097" w14:textId="77777777" w:rsidR="00443E72" w:rsidRDefault="00000000">
      <w:pPr>
        <w:numPr>
          <w:ilvl w:val="1"/>
          <w:numId w:val="7"/>
        </w:numPr>
        <w:spacing w:after="0" w:line="360" w:lineRule="auto"/>
      </w:pP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nghiêng</w:t>
      </w:r>
      <w:proofErr w:type="spellEnd"/>
      <w:r>
        <w:t xml:space="preserve"> </w:t>
      </w:r>
      <w:proofErr w:type="spellStart"/>
      <w:r>
        <w:t>tán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nắng</w:t>
      </w:r>
      <w:proofErr w:type="spellEnd"/>
      <w:r>
        <w:t xml:space="preserve"> </w:t>
      </w:r>
      <w:proofErr w:type="spellStart"/>
      <w:r>
        <w:t>mưa</w:t>
      </w:r>
      <w:proofErr w:type="spellEnd"/>
    </w:p>
    <w:p w14:paraId="00000098" w14:textId="77777777" w:rsidR="00443E72" w:rsidRDefault="00000000">
      <w:pPr>
        <w:numPr>
          <w:ilvl w:val="1"/>
          <w:numId w:val="7"/>
        </w:numPr>
        <w:spacing w:after="0" w:line="360" w:lineRule="auto"/>
      </w:pP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quay 360°</w:t>
      </w:r>
    </w:p>
    <w:p w14:paraId="00000099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Ảnh</w:t>
      </w:r>
      <w:proofErr w:type="spellEnd"/>
      <w:r>
        <w:rPr>
          <w:b/>
        </w:rPr>
        <w:t xml:space="preserve"> chi </w:t>
      </w:r>
      <w:proofErr w:type="spellStart"/>
      <w:r>
        <w:rPr>
          <w:b/>
        </w:rPr>
        <w:t>tiết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sản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phẩm</w:t>
      </w:r>
      <w:proofErr w:type="spellEnd"/>
      <w:r>
        <w:t xml:space="preserve">: </w:t>
      </w:r>
      <w:hyperlink r:id="rId61">
        <w:r>
          <w:rPr>
            <w:color w:val="1155CC"/>
            <w:u w:val="single"/>
          </w:rPr>
          <w:t>https://content.pancake.vn/2-25/2025/8/29/4b4aac015106bcae1c19fb8e0ee84c003a24ab21.jpg</w:t>
        </w:r>
      </w:hyperlink>
      <w:r>
        <w:t xml:space="preserve"> </w:t>
      </w:r>
    </w:p>
    <w:p w14:paraId="0000009A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Ảnh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tế</w:t>
      </w:r>
      <w:proofErr w:type="spellEnd"/>
      <w:r>
        <w:rPr>
          <w:b/>
        </w:rPr>
        <w:t>:</w:t>
      </w:r>
      <w:r>
        <w:t xml:space="preserve"> </w:t>
      </w:r>
    </w:p>
    <w:p w14:paraId="0000009B" w14:textId="77777777" w:rsidR="00443E72" w:rsidRDefault="00000000">
      <w:pPr>
        <w:numPr>
          <w:ilvl w:val="1"/>
          <w:numId w:val="7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trắng</w:t>
      </w:r>
      <w:proofErr w:type="spellEnd"/>
      <w:r>
        <w:t xml:space="preserve">: </w:t>
      </w:r>
      <w:hyperlink r:id="rId62">
        <w:r>
          <w:rPr>
            <w:color w:val="1155CC"/>
            <w:u w:val="single"/>
          </w:rPr>
          <w:t>https://content.pancake.vn/2-2510/2025/10/11/f72f2403b9efe8f360a65ba31f2814adb48a2cec.jpg</w:t>
        </w:r>
      </w:hyperlink>
      <w:r>
        <w:t xml:space="preserve"> ; </w:t>
      </w:r>
      <w:hyperlink r:id="rId63">
        <w:r>
          <w:rPr>
            <w:color w:val="1155CC"/>
            <w:u w:val="single"/>
          </w:rPr>
          <w:t>https://content.pancake.vn/2-</w:t>
        </w:r>
        <w:r>
          <w:rPr>
            <w:color w:val="1155CC"/>
            <w:u w:val="single"/>
          </w:rPr>
          <w:lastRenderedPageBreak/>
          <w:t>2510/2025/10/11/35425683f6ecf20363b14cfe90566aa6950d2b56.jpg</w:t>
        </w:r>
      </w:hyperlink>
      <w:r>
        <w:t xml:space="preserve"> ; </w:t>
      </w:r>
      <w:hyperlink r:id="rId64">
        <w:r>
          <w:rPr>
            <w:color w:val="1155CC"/>
            <w:u w:val="single"/>
          </w:rPr>
          <w:t>https://content.pancake.vn/2-2510/2025/10/11/ad542b663296cf7952e84586b41ce84fb8a443dc.jpg</w:t>
        </w:r>
      </w:hyperlink>
      <w:r>
        <w:t xml:space="preserve"> </w:t>
      </w:r>
    </w:p>
    <w:p w14:paraId="0000009C" w14:textId="77777777" w:rsidR="00443E72" w:rsidRDefault="00000000">
      <w:pPr>
        <w:numPr>
          <w:ilvl w:val="1"/>
          <w:numId w:val="7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đỏ</w:t>
      </w:r>
      <w:proofErr w:type="spellEnd"/>
      <w:r>
        <w:t xml:space="preserve">: </w:t>
      </w:r>
      <w:hyperlink r:id="rId65">
        <w:r>
          <w:rPr>
            <w:color w:val="1155CC"/>
            <w:u w:val="single"/>
          </w:rPr>
          <w:t>https://content.pancake.vn/2-2510/2025/10/11/090d9e5944fa0ffe150af1935b11d21e19bfba7d.jpg</w:t>
        </w:r>
      </w:hyperlink>
      <w:r>
        <w:t xml:space="preserve"> ; </w:t>
      </w:r>
      <w:hyperlink r:id="rId66">
        <w:r>
          <w:rPr>
            <w:color w:val="1155CC"/>
            <w:u w:val="single"/>
          </w:rPr>
          <w:t>https://content.pancake.vn/2-24/2024/8/17/bfa5ea71c61afe661f5cdf41f9a36919da11e6d0.jpg</w:t>
        </w:r>
      </w:hyperlink>
      <w:r>
        <w:t xml:space="preserve"> </w:t>
      </w:r>
    </w:p>
    <w:p w14:paraId="0000009D" w14:textId="77777777" w:rsidR="00443E72" w:rsidRDefault="00000000">
      <w:pPr>
        <w:numPr>
          <w:ilvl w:val="1"/>
          <w:numId w:val="7"/>
        </w:numPr>
        <w:spacing w:after="24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: </w:t>
      </w:r>
      <w:hyperlink r:id="rId67">
        <w:r>
          <w:rPr>
            <w:color w:val="1155CC"/>
            <w:u w:val="single"/>
          </w:rPr>
          <w:t>https://content.pancake.vn/2-2510/2025/10/11/935f9d55a035a89348cade4ac29fcc5b24dfe019.jpg</w:t>
        </w:r>
      </w:hyperlink>
      <w:r>
        <w:t xml:space="preserve"> ; </w:t>
      </w:r>
      <w:hyperlink r:id="rId68">
        <w:r>
          <w:rPr>
            <w:color w:val="1155CC"/>
            <w:u w:val="single"/>
          </w:rPr>
          <w:t>https://content.pancake.vn/2-2510/2025/10/11/fe947501f4aec6ee1ebdd74b0d25a2ec5f553159.jpg</w:t>
        </w:r>
      </w:hyperlink>
      <w:r>
        <w:t xml:space="preserve"> ; </w:t>
      </w:r>
      <w:hyperlink r:id="rId69">
        <w:r>
          <w:rPr>
            <w:color w:val="1155CC"/>
            <w:u w:val="single"/>
          </w:rPr>
          <w:t>https://content.pancake.vn/2-24/2024/8/18/44e2a206bdb9a15dc62e418f195f1f0178ae36cd.jpg</w:t>
        </w:r>
      </w:hyperlink>
      <w:r>
        <w:t xml:space="preserve"> </w:t>
      </w:r>
      <w:r>
        <w:rPr>
          <w:color w:val="188038"/>
        </w:rPr>
        <w:br/>
      </w:r>
    </w:p>
    <w:p w14:paraId="0000009E" w14:textId="77777777" w:rsidR="00443E72" w:rsidRDefault="00000000">
      <w:pPr>
        <w:pStyle w:val="Heading3"/>
        <w:keepNext w:val="0"/>
        <w:keepLines w:val="0"/>
        <w:spacing w:before="280" w:line="360" w:lineRule="auto"/>
        <w:rPr>
          <w:color w:val="000000"/>
          <w:sz w:val="26"/>
          <w:szCs w:val="26"/>
        </w:rPr>
      </w:pPr>
      <w:bookmarkStart w:id="12" w:name="_heading=h.1gvntnu5xqds" w:colFirst="0" w:colLast="0"/>
      <w:bookmarkEnd w:id="12"/>
      <w:r>
        <w:rPr>
          <w:color w:val="000000"/>
          <w:sz w:val="26"/>
          <w:szCs w:val="26"/>
        </w:rPr>
        <w:t xml:space="preserve">4. Model R463 – Ô </w:t>
      </w:r>
      <w:proofErr w:type="spellStart"/>
      <w:r>
        <w:rPr>
          <w:color w:val="000000"/>
          <w:sz w:val="26"/>
          <w:szCs w:val="26"/>
        </w:rPr>
        <w:t>đẩy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tay</w:t>
      </w:r>
      <w:proofErr w:type="spellEnd"/>
      <w:r>
        <w:rPr>
          <w:color w:val="000000"/>
          <w:sz w:val="26"/>
          <w:szCs w:val="26"/>
        </w:rPr>
        <w:t xml:space="preserve"> (Hand Push Umbrella with Flap)</w:t>
      </w:r>
    </w:p>
    <w:p w14:paraId="0000009F" w14:textId="77777777" w:rsidR="00443E72" w:rsidRDefault="00000000">
      <w:pPr>
        <w:numPr>
          <w:ilvl w:val="0"/>
          <w:numId w:val="9"/>
        </w:numPr>
        <w:spacing w:before="240" w:after="0" w:line="360" w:lineRule="auto"/>
      </w:pPr>
      <w:proofErr w:type="spellStart"/>
      <w:r>
        <w:rPr>
          <w:b/>
        </w:rPr>
        <w:t>Kiểu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dáng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Lệch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2.5m x </w:t>
      </w:r>
      <w:proofErr w:type="gramStart"/>
      <w:r>
        <w:t>2.5m ,</w:t>
      </w:r>
      <w:proofErr w:type="gram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viền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trí</w:t>
      </w:r>
      <w:proofErr w:type="spellEnd"/>
    </w:p>
    <w:p w14:paraId="000000A0" w14:textId="77777777" w:rsidR="00443E72" w:rsidRDefault="00000000">
      <w:pPr>
        <w:numPr>
          <w:ilvl w:val="0"/>
          <w:numId w:val="9"/>
        </w:numPr>
        <w:spacing w:after="0" w:line="360" w:lineRule="auto"/>
      </w:pPr>
      <w:r>
        <w:rPr>
          <w:b/>
        </w:rPr>
        <w:t>Khung:</w:t>
      </w:r>
      <w:r>
        <w:t xml:space="preserve"> </w:t>
      </w:r>
      <w:proofErr w:type="spellStart"/>
      <w:r>
        <w:t>Thép</w:t>
      </w:r>
      <w:proofErr w:type="spellEnd"/>
      <w:r>
        <w:t xml:space="preserve"> φ42×1.0mm</w:t>
      </w:r>
    </w:p>
    <w:p w14:paraId="000000A1" w14:textId="77777777" w:rsidR="00443E72" w:rsidRDefault="00000000">
      <w:pPr>
        <w:numPr>
          <w:ilvl w:val="0"/>
          <w:numId w:val="9"/>
        </w:numPr>
        <w:spacing w:after="0" w:line="360" w:lineRule="auto"/>
      </w:pPr>
      <w:r>
        <w:rPr>
          <w:b/>
        </w:rPr>
        <w:t>Nan:</w:t>
      </w:r>
      <w:r>
        <w:t xml:space="preserve"> 13×22×0.45mm</w:t>
      </w:r>
    </w:p>
    <w:p w14:paraId="000000A2" w14:textId="77777777" w:rsidR="00443E72" w:rsidRDefault="00000000">
      <w:pPr>
        <w:numPr>
          <w:ilvl w:val="0"/>
          <w:numId w:val="9"/>
        </w:numPr>
        <w:spacing w:after="0" w:line="360" w:lineRule="auto"/>
      </w:pPr>
      <w:proofErr w:type="spellStart"/>
      <w:r>
        <w:rPr>
          <w:b/>
        </w:rPr>
        <w:t>Vải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dù</w:t>
      </w:r>
      <w:proofErr w:type="spellEnd"/>
      <w:r>
        <w:rPr>
          <w:b/>
        </w:rPr>
        <w:t>:</w:t>
      </w:r>
      <w:r>
        <w:t xml:space="preserve"> PU 160g/m² ~ 1.5kg </w:t>
      </w:r>
      <w:proofErr w:type="spellStart"/>
      <w:r>
        <w:t>tổng</w:t>
      </w:r>
      <w:proofErr w:type="spellEnd"/>
    </w:p>
    <w:p w14:paraId="000000A3" w14:textId="77777777" w:rsidR="00443E72" w:rsidRDefault="00000000">
      <w:pPr>
        <w:numPr>
          <w:ilvl w:val="0"/>
          <w:numId w:val="9"/>
        </w:numPr>
        <w:spacing w:after="0" w:line="360" w:lineRule="auto"/>
      </w:pPr>
      <w:proofErr w:type="spellStart"/>
      <w:r>
        <w:rPr>
          <w:b/>
        </w:rPr>
        <w:t>Màu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sắc</w:t>
      </w:r>
      <w:proofErr w:type="spellEnd"/>
      <w:r>
        <w:t xml:space="preserve">: Xanh </w:t>
      </w:r>
      <w:proofErr w:type="spellStart"/>
      <w:r>
        <w:t>rêu</w:t>
      </w:r>
      <w:proofErr w:type="spellEnd"/>
      <w:r>
        <w:t xml:space="preserve">, </w:t>
      </w:r>
      <w:proofErr w:type="spellStart"/>
      <w:r>
        <w:t>Đỏ</w:t>
      </w:r>
      <w:proofErr w:type="spellEnd"/>
      <w:r>
        <w:t xml:space="preserve"> </w:t>
      </w:r>
      <w:proofErr w:type="spellStart"/>
      <w:r>
        <w:t>mận</w:t>
      </w:r>
      <w:proofErr w:type="spellEnd"/>
      <w:r>
        <w:t xml:space="preserve">,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Nâu</w:t>
      </w:r>
      <w:proofErr w:type="spellEnd"/>
      <w:r>
        <w:t xml:space="preserve">, Cam, </w:t>
      </w:r>
      <w:proofErr w:type="spellStart"/>
      <w:r>
        <w:t>Vàng</w:t>
      </w:r>
      <w:proofErr w:type="spellEnd"/>
      <w:r>
        <w:t xml:space="preserve">, </w:t>
      </w:r>
      <w:proofErr w:type="spellStart"/>
      <w:r>
        <w:t>Trắng</w:t>
      </w:r>
      <w:proofErr w:type="spellEnd"/>
      <w:r>
        <w:t xml:space="preserve">, </w:t>
      </w:r>
      <w:proofErr w:type="spellStart"/>
      <w:r>
        <w:t>Xám</w:t>
      </w:r>
      <w:proofErr w:type="spellEnd"/>
      <w:r>
        <w:t xml:space="preserve">, Be </w:t>
      </w:r>
      <w:proofErr w:type="spellStart"/>
      <w:r>
        <w:t>sáng</w:t>
      </w:r>
      <w:proofErr w:type="spellEnd"/>
      <w:r>
        <w:t xml:space="preserve"> (9 </w:t>
      </w:r>
      <w:proofErr w:type="spellStart"/>
      <w:r>
        <w:t>màu</w:t>
      </w:r>
      <w:proofErr w:type="spellEnd"/>
      <w:r>
        <w:t xml:space="preserve">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có</w:t>
      </w:r>
      <w:proofErr w:type="spellEnd"/>
      <w:r>
        <w:t>)</w:t>
      </w:r>
    </w:p>
    <w:p w14:paraId="000000A4" w14:textId="77777777" w:rsidR="00443E72" w:rsidRDefault="00000000">
      <w:pPr>
        <w:numPr>
          <w:ilvl w:val="0"/>
          <w:numId w:val="9"/>
        </w:numPr>
        <w:spacing w:after="0" w:line="360" w:lineRule="auto"/>
      </w:pPr>
      <w:proofErr w:type="spellStart"/>
      <w:r>
        <w:rPr>
          <w:b/>
        </w:rPr>
        <w:t>Kích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tán</w:t>
      </w:r>
      <w:proofErr w:type="spellEnd"/>
      <w:r>
        <w:rPr>
          <w:b/>
        </w:rPr>
        <w:t>:</w:t>
      </w:r>
      <w:r>
        <w:t xml:space="preserve"> 2.5×2.5m – 4 nan</w:t>
      </w:r>
    </w:p>
    <w:p w14:paraId="000000A5" w14:textId="77777777" w:rsidR="00443E72" w:rsidRDefault="00000000">
      <w:pPr>
        <w:numPr>
          <w:ilvl w:val="0"/>
          <w:numId w:val="9"/>
        </w:numPr>
        <w:spacing w:after="0" w:line="360" w:lineRule="auto"/>
      </w:pPr>
      <w:proofErr w:type="spellStart"/>
      <w:r>
        <w:rPr>
          <w:b/>
        </w:rPr>
        <w:t>Đế</w:t>
      </w:r>
      <w:proofErr w:type="spellEnd"/>
      <w:r>
        <w:rPr>
          <w:b/>
        </w:rPr>
        <w:t>:</w:t>
      </w:r>
      <w:r>
        <w:t xml:space="preserve"> Tôn 40×60cm,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đổ</w:t>
      </w:r>
      <w:proofErr w:type="spellEnd"/>
      <w:r>
        <w:t xml:space="preserve"> </w:t>
      </w:r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</w:p>
    <w:p w14:paraId="000000A6" w14:textId="77777777" w:rsidR="00443E72" w:rsidRDefault="00000000">
      <w:pPr>
        <w:numPr>
          <w:ilvl w:val="0"/>
          <w:numId w:val="9"/>
        </w:numPr>
        <w:spacing w:after="0" w:line="360" w:lineRule="auto"/>
      </w:pPr>
      <w:proofErr w:type="spellStart"/>
      <w:r>
        <w:rPr>
          <w:b/>
        </w:rPr>
        <w:t>Kích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đóng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gói</w:t>
      </w:r>
      <w:proofErr w:type="spellEnd"/>
      <w:r>
        <w:rPr>
          <w:b/>
        </w:rPr>
        <w:t>:</w:t>
      </w:r>
      <w:r>
        <w:t xml:space="preserve"> 193×27×15cm </w:t>
      </w:r>
    </w:p>
    <w:p w14:paraId="000000A7" w14:textId="77777777" w:rsidR="00443E72" w:rsidRDefault="00000000">
      <w:pPr>
        <w:numPr>
          <w:ilvl w:val="0"/>
          <w:numId w:val="9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gốc</w:t>
      </w:r>
      <w:proofErr w:type="spellEnd"/>
      <w:r>
        <w:t>: 1.915.000đ</w:t>
      </w:r>
    </w:p>
    <w:p w14:paraId="000000A8" w14:textId="77777777" w:rsidR="00443E72" w:rsidRDefault="00000000">
      <w:pPr>
        <w:numPr>
          <w:ilvl w:val="0"/>
          <w:numId w:val="9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ưu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đãi</w:t>
      </w:r>
      <w:proofErr w:type="spellEnd"/>
      <w:r>
        <w:rPr>
          <w:b/>
        </w:rPr>
        <w:t>:</w:t>
      </w:r>
      <w:r>
        <w:t xml:space="preserve"> 1.190.000đ</w:t>
      </w:r>
    </w:p>
    <w:p w14:paraId="000000A9" w14:textId="77777777" w:rsidR="00443E72" w:rsidRDefault="00000000">
      <w:pPr>
        <w:numPr>
          <w:ilvl w:val="0"/>
          <w:numId w:val="9"/>
        </w:numPr>
        <w:spacing w:after="0" w:line="360" w:lineRule="auto"/>
      </w:pP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điểm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bật</w:t>
      </w:r>
      <w:proofErr w:type="spellEnd"/>
      <w:r>
        <w:rPr>
          <w:b/>
        </w:rPr>
        <w:t>:</w:t>
      </w:r>
    </w:p>
    <w:p w14:paraId="000000AA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Mở</w:t>
      </w:r>
      <w:proofErr w:type="spellEnd"/>
      <w:r>
        <w:t>/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tay</w:t>
      </w:r>
      <w:proofErr w:type="spellEnd"/>
      <w:r>
        <w:t xml:space="preserve">,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dễ</w:t>
      </w:r>
      <w:proofErr w:type="spellEnd"/>
    </w:p>
    <w:p w14:paraId="000000AB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Có</w:t>
      </w:r>
      <w:proofErr w:type="spellEnd"/>
      <w:r>
        <w:t xml:space="preserve"> </w:t>
      </w:r>
      <w:proofErr w:type="spellStart"/>
      <w:r>
        <w:t>viền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sang </w:t>
      </w:r>
      <w:proofErr w:type="spellStart"/>
      <w:r>
        <w:t>trọng</w:t>
      </w:r>
      <w:proofErr w:type="spellEnd"/>
    </w:p>
    <w:p w14:paraId="000000AC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quán</w:t>
      </w:r>
      <w:proofErr w:type="spellEnd"/>
      <w:r>
        <w:t xml:space="preserve"> café,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hàng</w:t>
      </w:r>
      <w:proofErr w:type="spellEnd"/>
    </w:p>
    <w:p w14:paraId="000000AD" w14:textId="77777777" w:rsidR="00443E72" w:rsidRDefault="00000000">
      <w:pPr>
        <w:numPr>
          <w:ilvl w:val="0"/>
          <w:numId w:val="9"/>
        </w:numPr>
        <w:spacing w:after="0" w:line="360" w:lineRule="auto"/>
      </w:pPr>
      <w:proofErr w:type="spellStart"/>
      <w:r>
        <w:rPr>
          <w:b/>
        </w:rPr>
        <w:t>Ảnh</w:t>
      </w:r>
      <w:proofErr w:type="spellEnd"/>
      <w:r>
        <w:rPr>
          <w:b/>
        </w:rPr>
        <w:t xml:space="preserve"> chi </w:t>
      </w:r>
      <w:proofErr w:type="spellStart"/>
      <w:r>
        <w:rPr>
          <w:b/>
        </w:rPr>
        <w:t>tiết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sản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phẩm</w:t>
      </w:r>
      <w:proofErr w:type="spellEnd"/>
      <w:r>
        <w:t xml:space="preserve">: </w:t>
      </w:r>
    </w:p>
    <w:p w14:paraId="000000AE" w14:textId="77777777" w:rsidR="00443E72" w:rsidRDefault="00000000">
      <w:pPr>
        <w:numPr>
          <w:ilvl w:val="1"/>
          <w:numId w:val="9"/>
        </w:numPr>
        <w:spacing w:after="0" w:line="360" w:lineRule="auto"/>
      </w:pPr>
      <w:r>
        <w:lastRenderedPageBreak/>
        <w:t xml:space="preserve">Tay </w:t>
      </w:r>
      <w:proofErr w:type="spellStart"/>
      <w:r>
        <w:t>đòn</w:t>
      </w:r>
      <w:proofErr w:type="spellEnd"/>
      <w:r>
        <w:t xml:space="preserve"> </w:t>
      </w:r>
      <w:proofErr w:type="spellStart"/>
      <w:r>
        <w:t>bẩy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: </w:t>
      </w:r>
      <w:hyperlink r:id="rId70">
        <w:r>
          <w:rPr>
            <w:color w:val="1155CC"/>
            <w:u w:val="single"/>
          </w:rPr>
          <w:t>https://content.pancake.vn/2-25/2025/5/3/e2ab95c63ab05b5a6d10c9f007172cc63e5e51d8.jpg</w:t>
        </w:r>
      </w:hyperlink>
      <w:r>
        <w:t xml:space="preserve"> </w:t>
      </w:r>
    </w:p>
    <w:p w14:paraId="000000AF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Chốt</w:t>
      </w:r>
      <w:proofErr w:type="spellEnd"/>
      <w:r>
        <w:t xml:space="preserve"> </w:t>
      </w:r>
      <w:proofErr w:type="spellStart"/>
      <w:r>
        <w:t>cài</w:t>
      </w:r>
      <w:proofErr w:type="spellEnd"/>
      <w:r>
        <w:t xml:space="preserve"> </w:t>
      </w:r>
      <w:proofErr w:type="spellStart"/>
      <w:r>
        <w:t>khóa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tán</w:t>
      </w:r>
      <w:proofErr w:type="spellEnd"/>
      <w:r>
        <w:t xml:space="preserve">: </w:t>
      </w:r>
      <w:hyperlink r:id="rId71">
        <w:r>
          <w:rPr>
            <w:color w:val="1155CC"/>
            <w:u w:val="single"/>
          </w:rPr>
          <w:t>https://content.pancake.vn/2-25/2025/5/3/8160fa3e0cbb0228ad1d186d025c8d9a3c7348f6.jpg</w:t>
        </w:r>
      </w:hyperlink>
      <w:r>
        <w:t xml:space="preserve"> </w:t>
      </w:r>
    </w:p>
    <w:p w14:paraId="000000B0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Vải</w:t>
      </w:r>
      <w:proofErr w:type="spellEnd"/>
      <w:r>
        <w:t xml:space="preserve"> </w:t>
      </w:r>
      <w:proofErr w:type="spellStart"/>
      <w:r>
        <w:t>dù</w:t>
      </w:r>
      <w:proofErr w:type="spellEnd"/>
      <w:r>
        <w:t xml:space="preserve"> </w:t>
      </w:r>
      <w:proofErr w:type="spellStart"/>
      <w:r>
        <w:t>tráng</w:t>
      </w:r>
      <w:proofErr w:type="spellEnd"/>
      <w:r>
        <w:t xml:space="preserve"> PU </w:t>
      </w:r>
      <w:proofErr w:type="spellStart"/>
      <w:r>
        <w:t>chống</w:t>
      </w:r>
      <w:proofErr w:type="spellEnd"/>
      <w:r>
        <w:t xml:space="preserve"> </w:t>
      </w:r>
      <w:proofErr w:type="spellStart"/>
      <w:r>
        <w:t>chấm</w:t>
      </w:r>
      <w:proofErr w:type="spellEnd"/>
      <w:r>
        <w:t xml:space="preserve">: </w:t>
      </w:r>
      <w:hyperlink r:id="rId72">
        <w:r>
          <w:rPr>
            <w:color w:val="1155CC"/>
            <w:u w:val="single"/>
          </w:rPr>
          <w:t>https://content.pancake.vn/2-25/2025/5/3/4882575b2a4aa0751c1a6709b53cf8a47746887d.jpg</w:t>
        </w:r>
      </w:hyperlink>
    </w:p>
    <w:p w14:paraId="000000B1" w14:textId="77777777" w:rsidR="00443E72" w:rsidRDefault="00000000">
      <w:pPr>
        <w:numPr>
          <w:ilvl w:val="1"/>
          <w:numId w:val="9"/>
        </w:numPr>
        <w:spacing w:after="0" w:line="360" w:lineRule="auto"/>
      </w:pPr>
      <w:r>
        <w:t xml:space="preserve">Tán </w:t>
      </w:r>
      <w:proofErr w:type="spellStart"/>
      <w:r>
        <w:t>dù</w:t>
      </w:r>
      <w:proofErr w:type="spellEnd"/>
      <w:r>
        <w:t xml:space="preserve"> 2 </w:t>
      </w:r>
      <w:proofErr w:type="spellStart"/>
      <w:r>
        <w:t>tầng</w:t>
      </w:r>
      <w:proofErr w:type="spellEnd"/>
      <w:r>
        <w:t xml:space="preserve"> </w:t>
      </w:r>
      <w:proofErr w:type="spellStart"/>
      <w:r>
        <w:t>thoáng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: </w:t>
      </w:r>
      <w:hyperlink r:id="rId73">
        <w:r>
          <w:rPr>
            <w:color w:val="1155CC"/>
            <w:u w:val="single"/>
          </w:rPr>
          <w:t>https://content.pancake.vn/2-24/2024/11/22/d3870685bf4388e136a1ea1aa0b977a402b81b79.jpg</w:t>
        </w:r>
      </w:hyperlink>
      <w:r>
        <w:t xml:space="preserve"> ; </w:t>
      </w:r>
      <w:hyperlink r:id="rId74">
        <w:r>
          <w:rPr>
            <w:color w:val="1155CC"/>
            <w:u w:val="single"/>
          </w:rPr>
          <w:t>https://content.pancake.vn/2-25/2025/5/3/60e6c303650774a25da914ef4643a42569ce21fd.jpg</w:t>
        </w:r>
      </w:hyperlink>
      <w:r>
        <w:t xml:space="preserve"> </w:t>
      </w:r>
    </w:p>
    <w:p w14:paraId="000000B2" w14:textId="77777777" w:rsidR="00443E72" w:rsidRDefault="00000000">
      <w:pPr>
        <w:numPr>
          <w:ilvl w:val="0"/>
          <w:numId w:val="9"/>
        </w:numPr>
        <w:spacing w:after="0" w:line="360" w:lineRule="auto"/>
      </w:pPr>
      <w:proofErr w:type="spellStart"/>
      <w:r>
        <w:rPr>
          <w:b/>
        </w:rPr>
        <w:t>Ảnh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tế</w:t>
      </w:r>
      <w:proofErr w:type="spellEnd"/>
      <w:r>
        <w:rPr>
          <w:b/>
        </w:rPr>
        <w:t>:</w:t>
      </w:r>
      <w:r>
        <w:t xml:space="preserve"> </w:t>
      </w:r>
    </w:p>
    <w:p w14:paraId="000000B3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Màu</w:t>
      </w:r>
      <w:proofErr w:type="spellEnd"/>
      <w:r>
        <w:t xml:space="preserve"> Xanh </w:t>
      </w:r>
      <w:proofErr w:type="spellStart"/>
      <w:r>
        <w:t>rêu</w:t>
      </w:r>
      <w:proofErr w:type="spellEnd"/>
      <w:r>
        <w:t xml:space="preserve">: </w:t>
      </w:r>
      <w:hyperlink r:id="rId75">
        <w:r>
          <w:rPr>
            <w:color w:val="1155CC"/>
            <w:u w:val="single"/>
          </w:rPr>
          <w:t>https://content.pancake.vn/2-25/2025/2/19/59acc7a486ff7499ddff7ab177fb0fd43355d839.jpg</w:t>
        </w:r>
      </w:hyperlink>
      <w:r>
        <w:t xml:space="preserve"> ; </w:t>
      </w:r>
      <w:hyperlink r:id="rId76">
        <w:r>
          <w:rPr>
            <w:color w:val="1155CC"/>
            <w:u w:val="single"/>
          </w:rPr>
          <w:t>https://content.pancake.vn/2-25/2025/2/19/f61e3ba3861205732e3c3e358f1f158848e6bd06.jpg</w:t>
        </w:r>
      </w:hyperlink>
      <w:r>
        <w:t xml:space="preserve"> ; </w:t>
      </w:r>
      <w:hyperlink r:id="rId77">
        <w:r>
          <w:rPr>
            <w:color w:val="1155CC"/>
            <w:u w:val="single"/>
          </w:rPr>
          <w:t>https://content.pancake.vn/2-24/2024/11/21/6a00f536b586985f4a531b8dedd8f20bda85f5fb.jpg</w:t>
        </w:r>
      </w:hyperlink>
      <w:r>
        <w:t xml:space="preserve"> </w:t>
      </w:r>
    </w:p>
    <w:p w14:paraId="000000B4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Đỏ</w:t>
      </w:r>
      <w:proofErr w:type="spellEnd"/>
      <w:r>
        <w:t xml:space="preserve"> </w:t>
      </w:r>
      <w:proofErr w:type="spellStart"/>
      <w:r>
        <w:t>mận</w:t>
      </w:r>
      <w:proofErr w:type="spellEnd"/>
      <w:r>
        <w:t xml:space="preserve">: </w:t>
      </w:r>
      <w:hyperlink r:id="rId78">
        <w:r>
          <w:rPr>
            <w:color w:val="1155CC"/>
            <w:u w:val="single"/>
          </w:rPr>
          <w:t>https://content.pancake.vn/2-25/2025/5/3/27f518b73ef89df337118a6735a6705510170486.jpg</w:t>
        </w:r>
      </w:hyperlink>
      <w:r>
        <w:t xml:space="preserve"> </w:t>
      </w:r>
    </w:p>
    <w:p w14:paraId="000000B5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Tím</w:t>
      </w:r>
      <w:proofErr w:type="spellEnd"/>
      <w:r>
        <w:t xml:space="preserve">: </w:t>
      </w:r>
      <w:hyperlink r:id="rId79">
        <w:r>
          <w:rPr>
            <w:color w:val="1155CC"/>
            <w:u w:val="single"/>
          </w:rPr>
          <w:t>https://content.pancake.vn/2-2510/2025/10/14/b2b4663c2ea01003898bcff79ec7a5c1f168de22.jpg</w:t>
        </w:r>
      </w:hyperlink>
      <w:r>
        <w:t xml:space="preserve"> ; </w:t>
      </w:r>
      <w:hyperlink r:id="rId80">
        <w:r>
          <w:rPr>
            <w:color w:val="1155CC"/>
            <w:u w:val="single"/>
          </w:rPr>
          <w:t>https://content.pancake.vn/2-24/2024/11/21/9b14b64e4d5bb45cf9aafdc2c4919f3b8c653124.jpg</w:t>
        </w:r>
      </w:hyperlink>
      <w:r>
        <w:t xml:space="preserve"> </w:t>
      </w:r>
    </w:p>
    <w:p w14:paraId="000000B6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Nâu</w:t>
      </w:r>
      <w:proofErr w:type="spellEnd"/>
      <w:r>
        <w:t xml:space="preserve">: </w:t>
      </w:r>
      <w:hyperlink r:id="rId81">
        <w:r>
          <w:rPr>
            <w:color w:val="1155CC"/>
            <w:u w:val="single"/>
          </w:rPr>
          <w:t>https://content.pancake.vn/2-24/2024/11/21/cc21ecd54cce1131a27ece0c61b0ae05b6495f8a.jpg</w:t>
        </w:r>
      </w:hyperlink>
      <w:r>
        <w:t xml:space="preserve"> ; </w:t>
      </w:r>
      <w:hyperlink r:id="rId82">
        <w:r>
          <w:rPr>
            <w:color w:val="1155CC"/>
            <w:u w:val="single"/>
          </w:rPr>
          <w:t>https://content.pancake.vn/2-25/2025/5/3/64611e1727e75e4ded9b691a0e087d7711abf0ad.jpg</w:t>
        </w:r>
      </w:hyperlink>
      <w:r>
        <w:t xml:space="preserve"> ; </w:t>
      </w:r>
      <w:hyperlink r:id="rId83">
        <w:r>
          <w:rPr>
            <w:color w:val="1155CC"/>
            <w:u w:val="single"/>
          </w:rPr>
          <w:t>https://content.pancake.vn/2-25/2025/5/3/da460d45ec2f5143082d0aea11cd04f3be18fbf8.jpg</w:t>
        </w:r>
      </w:hyperlink>
      <w:r>
        <w:t xml:space="preserve"> </w:t>
      </w:r>
    </w:p>
    <w:p w14:paraId="000000B7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Màu</w:t>
      </w:r>
      <w:proofErr w:type="spellEnd"/>
      <w:r>
        <w:t xml:space="preserve"> Cam: </w:t>
      </w:r>
      <w:hyperlink r:id="rId84">
        <w:r>
          <w:rPr>
            <w:color w:val="1155CC"/>
            <w:u w:val="single"/>
          </w:rPr>
          <w:t>https://content.pancake.vn/2-25/2025/5/4/7efa158346438e9e4bbe335518a6e5978f7c8b23.jpg</w:t>
        </w:r>
      </w:hyperlink>
      <w:r>
        <w:t xml:space="preserve"> </w:t>
      </w:r>
    </w:p>
    <w:p w14:paraId="000000B8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Vàng</w:t>
      </w:r>
      <w:proofErr w:type="spellEnd"/>
      <w:r>
        <w:t xml:space="preserve">: </w:t>
      </w:r>
      <w:hyperlink r:id="rId85">
        <w:r>
          <w:rPr>
            <w:color w:val="1155CC"/>
            <w:u w:val="single"/>
          </w:rPr>
          <w:t>https://content.pancake.vn/2-24/2024/11/21/a06251283b90e3dcc826816da4921f82a57ccad3.jpg</w:t>
        </w:r>
      </w:hyperlink>
      <w:r>
        <w:t xml:space="preserve"> ; </w:t>
      </w:r>
      <w:hyperlink r:id="rId86">
        <w:r>
          <w:rPr>
            <w:color w:val="1155CC"/>
            <w:u w:val="single"/>
          </w:rPr>
          <w:t>https://content.pancake.vn/2-2510/2025/10/11/454ff86722a65f08cfb6003d88e023e3e2f3c863.jpg</w:t>
        </w:r>
      </w:hyperlink>
      <w:r>
        <w:t xml:space="preserve"> </w:t>
      </w:r>
    </w:p>
    <w:p w14:paraId="000000B9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Trắng</w:t>
      </w:r>
      <w:proofErr w:type="spellEnd"/>
      <w:r>
        <w:t xml:space="preserve">: </w:t>
      </w:r>
      <w:hyperlink r:id="rId87">
        <w:r>
          <w:rPr>
            <w:color w:val="1155CC"/>
            <w:u w:val="single"/>
          </w:rPr>
          <w:t>https://content.pancake.vn/2-25/2025/8/15/3ae8f3dc3fd7cf567818331761e563c576f0cbd0.jpg</w:t>
        </w:r>
      </w:hyperlink>
      <w:r>
        <w:t xml:space="preserve"> ; </w:t>
      </w:r>
      <w:hyperlink r:id="rId88">
        <w:r>
          <w:rPr>
            <w:color w:val="1155CC"/>
            <w:u w:val="single"/>
          </w:rPr>
          <w:t>https://content.pancake.vn/2-24/2024/12/21/f4357e8fb1a535db13b10f1ce254537387c6b191.jpg</w:t>
        </w:r>
      </w:hyperlink>
      <w:r>
        <w:t xml:space="preserve"> ; </w:t>
      </w:r>
      <w:hyperlink r:id="rId89">
        <w:r>
          <w:rPr>
            <w:color w:val="1155CC"/>
            <w:u w:val="single"/>
          </w:rPr>
          <w:t>https://content.pancake.vn/2-25/2025/2/20/a8710ad93efc3406de5cdeaedf93837875005a67.jpg</w:t>
        </w:r>
      </w:hyperlink>
      <w:r>
        <w:t xml:space="preserve"> ; </w:t>
      </w:r>
      <w:hyperlink r:id="rId90">
        <w:r>
          <w:rPr>
            <w:color w:val="1155CC"/>
            <w:u w:val="single"/>
          </w:rPr>
          <w:t>https://content.pancake.vn/2-2510/2025/10/10/fead3987b9f4247cdafb06b44cb1a3400f8901ce.jpg</w:t>
        </w:r>
      </w:hyperlink>
      <w:r>
        <w:t xml:space="preserve"> ; </w:t>
      </w:r>
      <w:hyperlink r:id="rId91">
        <w:r>
          <w:rPr>
            <w:color w:val="1155CC"/>
            <w:u w:val="single"/>
          </w:rPr>
          <w:t>https://content.pancake.vn/2-24/2024/11/22/d5ba745e74e44375eb53892aed46c102521b4743.jpg</w:t>
        </w:r>
      </w:hyperlink>
      <w:r>
        <w:t xml:space="preserve"> </w:t>
      </w:r>
    </w:p>
    <w:p w14:paraId="000000BA" w14:textId="77777777" w:rsidR="00443E72" w:rsidRDefault="00000000">
      <w:pPr>
        <w:numPr>
          <w:ilvl w:val="1"/>
          <w:numId w:val="9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Xám</w:t>
      </w:r>
      <w:proofErr w:type="spellEnd"/>
      <w:r>
        <w:t xml:space="preserve">: </w:t>
      </w:r>
      <w:hyperlink r:id="rId92">
        <w:r>
          <w:rPr>
            <w:color w:val="1155CC"/>
            <w:u w:val="single"/>
          </w:rPr>
          <w:t>https://content.pancake.vn/2-2510/2025/10/11/da2a41a785c8522e71fe234a95c505d47191e6df.jpg</w:t>
        </w:r>
      </w:hyperlink>
      <w:r>
        <w:t xml:space="preserve"> </w:t>
      </w:r>
    </w:p>
    <w:p w14:paraId="000000BB" w14:textId="77777777" w:rsidR="00443E72" w:rsidRDefault="00000000">
      <w:pPr>
        <w:numPr>
          <w:ilvl w:val="1"/>
          <w:numId w:val="9"/>
        </w:numPr>
        <w:spacing w:after="240" w:line="360" w:lineRule="auto"/>
      </w:pPr>
      <w:proofErr w:type="spellStart"/>
      <w:r>
        <w:t>Màu</w:t>
      </w:r>
      <w:proofErr w:type="spellEnd"/>
      <w:r>
        <w:t xml:space="preserve"> Be </w:t>
      </w:r>
      <w:proofErr w:type="spellStart"/>
      <w:r>
        <w:t>sáng</w:t>
      </w:r>
      <w:proofErr w:type="spellEnd"/>
      <w:r>
        <w:t xml:space="preserve">: </w:t>
      </w:r>
      <w:hyperlink r:id="rId93">
        <w:r>
          <w:rPr>
            <w:color w:val="1155CC"/>
            <w:u w:val="single"/>
          </w:rPr>
          <w:t>https://content.pancake.vn/2-2510/2025/10/11/c33434ae42db0c97985a8ee7a3266b2b1bd423df.jpg</w:t>
        </w:r>
      </w:hyperlink>
      <w:r>
        <w:t xml:space="preserve"> </w:t>
      </w:r>
    </w:p>
    <w:p w14:paraId="000000BC" w14:textId="77777777" w:rsidR="00443E72" w:rsidRDefault="00000000">
      <w:pPr>
        <w:pStyle w:val="Heading3"/>
        <w:keepNext w:val="0"/>
        <w:keepLines w:val="0"/>
        <w:spacing w:before="280" w:line="360" w:lineRule="auto"/>
        <w:rPr>
          <w:color w:val="000000"/>
          <w:sz w:val="26"/>
          <w:szCs w:val="26"/>
        </w:rPr>
      </w:pPr>
      <w:bookmarkStart w:id="13" w:name="_heading=h.1nzs9spqy7ip" w:colFirst="0" w:colLast="0"/>
      <w:bookmarkEnd w:id="13"/>
      <w:r>
        <w:rPr>
          <w:color w:val="000000"/>
          <w:sz w:val="26"/>
          <w:szCs w:val="26"/>
        </w:rPr>
        <w:t xml:space="preserve">5. Model R506 – Ô </w:t>
      </w:r>
      <w:proofErr w:type="spellStart"/>
      <w:r>
        <w:rPr>
          <w:color w:val="000000"/>
          <w:sz w:val="26"/>
          <w:szCs w:val="26"/>
        </w:rPr>
        <w:t>đôi</w:t>
      </w:r>
      <w:proofErr w:type="spellEnd"/>
      <w:r>
        <w:rPr>
          <w:color w:val="000000"/>
          <w:sz w:val="26"/>
          <w:szCs w:val="26"/>
        </w:rPr>
        <w:t xml:space="preserve"> (Twin Umbrella)</w:t>
      </w:r>
    </w:p>
    <w:p w14:paraId="000000BD" w14:textId="77777777" w:rsidR="00443E72" w:rsidRDefault="00000000">
      <w:pPr>
        <w:numPr>
          <w:ilvl w:val="0"/>
          <w:numId w:val="12"/>
        </w:numPr>
        <w:spacing w:before="240" w:after="0" w:line="360" w:lineRule="auto"/>
      </w:pPr>
      <w:proofErr w:type="spellStart"/>
      <w:r>
        <w:rPr>
          <w:b/>
        </w:rPr>
        <w:t>Kiểu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dáng</w:t>
      </w:r>
      <w:proofErr w:type="spellEnd"/>
      <w:r>
        <w:rPr>
          <w:b/>
        </w:rPr>
        <w:t>:</w:t>
      </w:r>
      <w:r>
        <w:t xml:space="preserve"> 2 </w:t>
      </w:r>
      <w:proofErr w:type="spellStart"/>
      <w:r>
        <w:t>mái</w:t>
      </w:r>
      <w:proofErr w:type="spellEnd"/>
      <w:r>
        <w:t xml:space="preserve"> </w:t>
      </w:r>
      <w:proofErr w:type="spellStart"/>
      <w:r>
        <w:t>liền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,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tay</w:t>
      </w:r>
      <w:proofErr w:type="spellEnd"/>
      <w:r>
        <w:t xml:space="preserve"> quay</w:t>
      </w:r>
    </w:p>
    <w:p w14:paraId="000000BE" w14:textId="77777777" w:rsidR="00443E72" w:rsidRDefault="00000000">
      <w:pPr>
        <w:numPr>
          <w:ilvl w:val="0"/>
          <w:numId w:val="12"/>
        </w:numPr>
        <w:spacing w:after="0" w:line="360" w:lineRule="auto"/>
      </w:pPr>
      <w:r>
        <w:rPr>
          <w:b/>
        </w:rPr>
        <w:t>Khung:</w:t>
      </w:r>
      <w:r>
        <w:t xml:space="preserve"> </w:t>
      </w:r>
      <w:proofErr w:type="spellStart"/>
      <w:r>
        <w:t>Thép</w:t>
      </w:r>
      <w:proofErr w:type="spellEnd"/>
      <w:r>
        <w:t xml:space="preserve"> φ48×1.0mm</w:t>
      </w:r>
    </w:p>
    <w:p w14:paraId="000000BF" w14:textId="77777777" w:rsidR="00443E72" w:rsidRDefault="00000000">
      <w:pPr>
        <w:numPr>
          <w:ilvl w:val="0"/>
          <w:numId w:val="12"/>
        </w:numPr>
        <w:spacing w:after="0" w:line="360" w:lineRule="auto"/>
      </w:pPr>
      <w:r>
        <w:rPr>
          <w:b/>
        </w:rPr>
        <w:t>Nan:</w:t>
      </w:r>
      <w:r>
        <w:t xml:space="preserve"> 12×18×0.45mm</w:t>
      </w:r>
    </w:p>
    <w:p w14:paraId="000000C0" w14:textId="77777777" w:rsidR="00443E72" w:rsidRDefault="00000000">
      <w:pPr>
        <w:numPr>
          <w:ilvl w:val="0"/>
          <w:numId w:val="12"/>
        </w:numPr>
        <w:spacing w:after="0" w:line="360" w:lineRule="auto"/>
      </w:pPr>
      <w:proofErr w:type="spellStart"/>
      <w:r>
        <w:rPr>
          <w:b/>
        </w:rPr>
        <w:t>Vải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dù</w:t>
      </w:r>
      <w:proofErr w:type="spellEnd"/>
      <w:r>
        <w:rPr>
          <w:b/>
        </w:rPr>
        <w:t>:</w:t>
      </w:r>
      <w:r>
        <w:t xml:space="preserve"> PU 160g/m²,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1.85kg</w:t>
      </w:r>
    </w:p>
    <w:p w14:paraId="000000C1" w14:textId="77777777" w:rsidR="00443E72" w:rsidRDefault="00000000">
      <w:pPr>
        <w:numPr>
          <w:ilvl w:val="0"/>
          <w:numId w:val="12"/>
        </w:numPr>
        <w:spacing w:after="0" w:line="360" w:lineRule="auto"/>
      </w:pPr>
      <w:proofErr w:type="spellStart"/>
      <w:r>
        <w:rPr>
          <w:b/>
        </w:rPr>
        <w:t>Kích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tán</w:t>
      </w:r>
      <w:proofErr w:type="spellEnd"/>
      <w:r>
        <w:rPr>
          <w:b/>
        </w:rPr>
        <w:t>:</w:t>
      </w:r>
      <w:r>
        <w:t xml:space="preserve"> 4.6×2.7m</w:t>
      </w:r>
    </w:p>
    <w:p w14:paraId="000000C2" w14:textId="77777777" w:rsidR="00443E72" w:rsidRDefault="00000000">
      <w:pPr>
        <w:numPr>
          <w:ilvl w:val="0"/>
          <w:numId w:val="12"/>
        </w:numPr>
        <w:spacing w:after="0" w:line="360" w:lineRule="auto"/>
      </w:pPr>
      <w:proofErr w:type="spellStart"/>
      <w:r>
        <w:rPr>
          <w:b/>
        </w:rPr>
        <w:t>Đế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Nhựa</w:t>
      </w:r>
      <w:proofErr w:type="spellEnd"/>
      <w:r>
        <w:t xml:space="preserve"> ABS dung </w:t>
      </w:r>
      <w:proofErr w:type="spellStart"/>
      <w:r>
        <w:t>tích</w:t>
      </w:r>
      <w:proofErr w:type="spellEnd"/>
      <w:r>
        <w:t xml:space="preserve"> 60L, </w:t>
      </w:r>
      <w:proofErr w:type="spellStart"/>
      <w:r>
        <w:t>đổ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60kg</w:t>
      </w:r>
    </w:p>
    <w:p w14:paraId="000000C3" w14:textId="77777777" w:rsidR="00443E72" w:rsidRDefault="00000000">
      <w:pPr>
        <w:numPr>
          <w:ilvl w:val="0"/>
          <w:numId w:val="12"/>
        </w:numPr>
        <w:spacing w:after="0" w:line="360" w:lineRule="auto"/>
      </w:pPr>
      <w:proofErr w:type="spellStart"/>
      <w:r>
        <w:rPr>
          <w:b/>
        </w:rPr>
        <w:t>Kích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đóng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gói</w:t>
      </w:r>
      <w:proofErr w:type="spellEnd"/>
      <w:r>
        <w:rPr>
          <w:b/>
        </w:rPr>
        <w:t>:</w:t>
      </w:r>
      <w:r>
        <w:t xml:space="preserve"> 140×40×14cm</w:t>
      </w:r>
    </w:p>
    <w:p w14:paraId="000000C4" w14:textId="77777777" w:rsidR="00443E72" w:rsidRDefault="00000000">
      <w:pPr>
        <w:numPr>
          <w:ilvl w:val="0"/>
          <w:numId w:val="12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gốc</w:t>
      </w:r>
      <w:proofErr w:type="spellEnd"/>
      <w:r>
        <w:t>: 3.170.000đ</w:t>
      </w:r>
    </w:p>
    <w:p w14:paraId="000000C5" w14:textId="77777777" w:rsidR="00443E72" w:rsidRDefault="00000000">
      <w:pPr>
        <w:numPr>
          <w:ilvl w:val="0"/>
          <w:numId w:val="12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ưu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đãi</w:t>
      </w:r>
      <w:proofErr w:type="spellEnd"/>
      <w:r>
        <w:rPr>
          <w:b/>
        </w:rPr>
        <w:t>:</w:t>
      </w:r>
      <w:r>
        <w:t xml:space="preserve"> 2.290.000đ</w:t>
      </w:r>
    </w:p>
    <w:p w14:paraId="000000C6" w14:textId="77777777" w:rsidR="00443E72" w:rsidRDefault="00000000">
      <w:pPr>
        <w:numPr>
          <w:ilvl w:val="0"/>
          <w:numId w:val="12"/>
        </w:numPr>
        <w:spacing w:after="0" w:line="360" w:lineRule="auto"/>
      </w:pP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điểm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bật</w:t>
      </w:r>
      <w:proofErr w:type="spellEnd"/>
      <w:r>
        <w:rPr>
          <w:b/>
        </w:rPr>
        <w:t>:</w:t>
      </w:r>
    </w:p>
    <w:p w14:paraId="000000C7" w14:textId="77777777" w:rsidR="00443E72" w:rsidRDefault="00000000">
      <w:pPr>
        <w:numPr>
          <w:ilvl w:val="1"/>
          <w:numId w:val="12"/>
        </w:numPr>
        <w:spacing w:after="0" w:line="360" w:lineRule="auto"/>
      </w:pPr>
      <w:r>
        <w:t xml:space="preserve">Che </w:t>
      </w:r>
      <w:proofErr w:type="spellStart"/>
      <w:r>
        <w:t>phủ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, 2 </w:t>
      </w:r>
      <w:proofErr w:type="spellStart"/>
      <w:r>
        <w:t>mái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xứng</w:t>
      </w:r>
      <w:proofErr w:type="spellEnd"/>
    </w:p>
    <w:p w14:paraId="000000C8" w14:textId="77777777" w:rsidR="00443E72" w:rsidRDefault="00000000">
      <w:pPr>
        <w:numPr>
          <w:ilvl w:val="1"/>
          <w:numId w:val="12"/>
        </w:numPr>
        <w:spacing w:after="0" w:line="360" w:lineRule="auto"/>
      </w:pP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, café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vườn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bơi</w:t>
      </w:r>
      <w:proofErr w:type="spellEnd"/>
    </w:p>
    <w:p w14:paraId="000000C9" w14:textId="77777777" w:rsidR="00443E72" w:rsidRDefault="00000000">
      <w:pPr>
        <w:numPr>
          <w:ilvl w:val="1"/>
          <w:numId w:val="12"/>
        </w:numPr>
        <w:spacing w:after="0" w:line="360" w:lineRule="auto"/>
      </w:pPr>
      <w:proofErr w:type="spellStart"/>
      <w:r>
        <w:t>Dễ</w:t>
      </w:r>
      <w:proofErr w:type="spellEnd"/>
      <w:r>
        <w:t xml:space="preserve"> </w:t>
      </w:r>
      <w:proofErr w:type="spellStart"/>
      <w:r>
        <w:t>lắp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, </w:t>
      </w:r>
      <w:proofErr w:type="spellStart"/>
      <w:r>
        <w:t>tháo</w:t>
      </w:r>
      <w:proofErr w:type="spellEnd"/>
      <w:r>
        <w:t xml:space="preserve"> </w:t>
      </w:r>
      <w:proofErr w:type="spellStart"/>
      <w:r>
        <w:t>rời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lợi</w:t>
      </w:r>
      <w:proofErr w:type="spellEnd"/>
    </w:p>
    <w:p w14:paraId="000000CA" w14:textId="77777777" w:rsidR="00443E72" w:rsidRDefault="00000000">
      <w:pPr>
        <w:numPr>
          <w:ilvl w:val="0"/>
          <w:numId w:val="12"/>
        </w:numPr>
        <w:spacing w:after="0" w:line="360" w:lineRule="auto"/>
      </w:pPr>
      <w:proofErr w:type="spellStart"/>
      <w:r>
        <w:rPr>
          <w:b/>
        </w:rPr>
        <w:t>Ảnh</w:t>
      </w:r>
      <w:proofErr w:type="spellEnd"/>
      <w:r>
        <w:rPr>
          <w:b/>
        </w:rPr>
        <w:t xml:space="preserve"> chi </w:t>
      </w:r>
      <w:proofErr w:type="spellStart"/>
      <w:r>
        <w:rPr>
          <w:b/>
        </w:rPr>
        <w:t>tiết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sản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phẩm</w:t>
      </w:r>
      <w:proofErr w:type="spellEnd"/>
      <w:r>
        <w:t xml:space="preserve">: </w:t>
      </w:r>
      <w:hyperlink r:id="rId94">
        <w:r>
          <w:rPr>
            <w:color w:val="1155CC"/>
            <w:u w:val="single"/>
          </w:rPr>
          <w:t>https://content.pancake.vn/2-25/2025/8/21/3d6e78cd9901d1d3db04f6f7c3eca449659a5c66.png</w:t>
        </w:r>
      </w:hyperlink>
      <w:r>
        <w:t xml:space="preserve"> </w:t>
      </w:r>
    </w:p>
    <w:p w14:paraId="000000CB" w14:textId="77777777" w:rsidR="00443E72" w:rsidRDefault="00000000">
      <w:pPr>
        <w:numPr>
          <w:ilvl w:val="0"/>
          <w:numId w:val="12"/>
        </w:numPr>
        <w:spacing w:after="0" w:line="360" w:lineRule="auto"/>
        <w:rPr>
          <w:b/>
        </w:rPr>
      </w:pPr>
      <w:proofErr w:type="spellStart"/>
      <w:r>
        <w:rPr>
          <w:b/>
        </w:rPr>
        <w:lastRenderedPageBreak/>
        <w:t>Ảnh</w:t>
      </w:r>
      <w:proofErr w:type="spellEnd"/>
      <w:r>
        <w:rPr>
          <w:b/>
        </w:rPr>
        <w:t xml:space="preserve"> chi </w:t>
      </w:r>
      <w:proofErr w:type="spellStart"/>
      <w:r>
        <w:rPr>
          <w:b/>
        </w:rPr>
        <w:t>tiết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phận</w:t>
      </w:r>
      <w:proofErr w:type="spellEnd"/>
    </w:p>
    <w:p w14:paraId="000000CC" w14:textId="77777777" w:rsidR="00443E72" w:rsidRDefault="00000000">
      <w:pPr>
        <w:numPr>
          <w:ilvl w:val="1"/>
          <w:numId w:val="12"/>
        </w:numPr>
        <w:spacing w:after="0" w:line="360" w:lineRule="auto"/>
        <w:rPr>
          <w:b/>
        </w:rPr>
      </w:pPr>
      <w:proofErr w:type="spellStart"/>
      <w:r>
        <w:t>Đế</w:t>
      </w:r>
      <w:proofErr w:type="spellEnd"/>
      <w:r>
        <w:t xml:space="preserve"> </w:t>
      </w:r>
      <w:proofErr w:type="spellStart"/>
      <w:r>
        <w:t>nhựa</w:t>
      </w:r>
      <w:proofErr w:type="spellEnd"/>
      <w:r>
        <w:t xml:space="preserve"> 60L: </w:t>
      </w:r>
      <w:hyperlink r:id="rId95">
        <w:r>
          <w:rPr>
            <w:color w:val="1155CC"/>
            <w:u w:val="single"/>
          </w:rPr>
          <w:t>https://content.pancake.vn/2-25/2025/6/9/83733357cfa84f70ce2e5a7e96a90211e94c32aa.jpg</w:t>
        </w:r>
      </w:hyperlink>
      <w:r>
        <w:t xml:space="preserve"> </w:t>
      </w:r>
    </w:p>
    <w:p w14:paraId="000000CD" w14:textId="77777777" w:rsidR="00443E72" w:rsidRDefault="00000000">
      <w:pPr>
        <w:numPr>
          <w:ilvl w:val="1"/>
          <w:numId w:val="12"/>
        </w:numPr>
        <w:spacing w:after="0" w:line="360" w:lineRule="auto"/>
      </w:pPr>
      <w:r>
        <w:t xml:space="preserve">Tay quay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tán</w:t>
      </w:r>
      <w:proofErr w:type="spellEnd"/>
      <w:r>
        <w:t xml:space="preserve">: </w:t>
      </w:r>
      <w:hyperlink r:id="rId96">
        <w:r>
          <w:rPr>
            <w:color w:val="1155CC"/>
            <w:u w:val="single"/>
          </w:rPr>
          <w:t>https://content.pancake.vn/2-25/2025/8/11/a1705e2c4484e567c3c85f324309f8a6829dc087.jpg</w:t>
        </w:r>
      </w:hyperlink>
      <w:r>
        <w:t xml:space="preserve"> </w:t>
      </w:r>
    </w:p>
    <w:p w14:paraId="000000CE" w14:textId="77777777" w:rsidR="00443E72" w:rsidRDefault="00000000">
      <w:pPr>
        <w:numPr>
          <w:ilvl w:val="0"/>
          <w:numId w:val="12"/>
        </w:numPr>
        <w:spacing w:after="0" w:line="360" w:lineRule="auto"/>
      </w:pPr>
      <w:proofErr w:type="spellStart"/>
      <w:r>
        <w:rPr>
          <w:b/>
        </w:rPr>
        <w:t>Ảnh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tế</w:t>
      </w:r>
      <w:proofErr w:type="spellEnd"/>
      <w:r>
        <w:rPr>
          <w:b/>
        </w:rPr>
        <w:t>:</w:t>
      </w:r>
      <w:r>
        <w:t xml:space="preserve"> </w:t>
      </w:r>
    </w:p>
    <w:p w14:paraId="000000CF" w14:textId="77777777" w:rsidR="00443E72" w:rsidRDefault="00000000">
      <w:pPr>
        <w:numPr>
          <w:ilvl w:val="1"/>
          <w:numId w:val="12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trắng</w:t>
      </w:r>
      <w:proofErr w:type="spellEnd"/>
      <w:r>
        <w:t xml:space="preserve">: </w:t>
      </w:r>
      <w:hyperlink r:id="rId97">
        <w:r>
          <w:rPr>
            <w:color w:val="1155CC"/>
            <w:u w:val="single"/>
          </w:rPr>
          <w:t>https://content.pancake.vn/2-25/2025/8/14/0f2b540d75953a9f670694060b87d9558bae901d.jpg</w:t>
        </w:r>
      </w:hyperlink>
      <w:r>
        <w:t xml:space="preserve"> ; </w:t>
      </w:r>
      <w:hyperlink r:id="rId98">
        <w:r>
          <w:rPr>
            <w:color w:val="1155CC"/>
            <w:u w:val="single"/>
          </w:rPr>
          <w:t>https://content.pancake.vn/2-25/2025/6/12/62aa9652649536b8bba69816e79b74225c6bab2d.jpg</w:t>
        </w:r>
      </w:hyperlink>
      <w:r>
        <w:t xml:space="preserve"> ; </w:t>
      </w:r>
      <w:hyperlink r:id="rId99">
        <w:r>
          <w:rPr>
            <w:color w:val="1155CC"/>
            <w:u w:val="single"/>
          </w:rPr>
          <w:t>https://content.pancake.vn/2-25/2025/6/12/cd7e629b59cc0331ed21fc9a064fbe012fdf1cae.jpg</w:t>
        </w:r>
      </w:hyperlink>
      <w:r>
        <w:t xml:space="preserve"> </w:t>
      </w:r>
    </w:p>
    <w:p w14:paraId="000000D0" w14:textId="77777777" w:rsidR="00443E72" w:rsidRDefault="00000000">
      <w:pPr>
        <w:numPr>
          <w:ilvl w:val="1"/>
          <w:numId w:val="12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đỏ</w:t>
      </w:r>
      <w:proofErr w:type="spellEnd"/>
      <w:r>
        <w:t xml:space="preserve">: </w:t>
      </w:r>
      <w:hyperlink r:id="rId100">
        <w:r>
          <w:rPr>
            <w:color w:val="1155CC"/>
            <w:u w:val="single"/>
          </w:rPr>
          <w:t>https://content.pancake.vn/2-25/2025/8/12/f514306f773a922b3a13e0c2374b941483b4fb41.jpg</w:t>
        </w:r>
      </w:hyperlink>
      <w:r>
        <w:t xml:space="preserve"> ; </w:t>
      </w:r>
      <w:hyperlink r:id="rId101">
        <w:r>
          <w:rPr>
            <w:color w:val="1155CC"/>
            <w:u w:val="single"/>
          </w:rPr>
          <w:t>https://content.pancake.vn/2-25/2025/8/12/5ea74f056be5745a05f17a2786732afbc336935d.jpg</w:t>
        </w:r>
      </w:hyperlink>
      <w:r>
        <w:t xml:space="preserve"> ; </w:t>
      </w:r>
      <w:hyperlink r:id="rId102">
        <w:r>
          <w:rPr>
            <w:color w:val="1155CC"/>
            <w:u w:val="single"/>
          </w:rPr>
          <w:t>https://content.pancake.vn/2-25/2025/6/12/d34386449cc60c8180dcaa7159f89ab0e537999c.jpg</w:t>
        </w:r>
      </w:hyperlink>
      <w:r>
        <w:t xml:space="preserve"> </w:t>
      </w:r>
    </w:p>
    <w:p w14:paraId="000000D1" w14:textId="77777777" w:rsidR="00443E72" w:rsidRDefault="00000000">
      <w:pPr>
        <w:numPr>
          <w:ilvl w:val="1"/>
          <w:numId w:val="12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: </w:t>
      </w:r>
      <w:hyperlink r:id="rId103">
        <w:r>
          <w:rPr>
            <w:color w:val="1155CC"/>
            <w:u w:val="single"/>
          </w:rPr>
          <w:t>https://content.pancake.vn/2-25/2025/8/14/f442a97d4d61c6d56172d493a7367a9e45491a38.jpg</w:t>
        </w:r>
      </w:hyperlink>
      <w:r>
        <w:t xml:space="preserve"> </w:t>
      </w:r>
    </w:p>
    <w:p w14:paraId="000000D2" w14:textId="77777777" w:rsidR="00443E72" w:rsidRDefault="00000000">
      <w:pPr>
        <w:numPr>
          <w:ilvl w:val="1"/>
          <w:numId w:val="12"/>
        </w:numPr>
        <w:spacing w:after="240" w:line="360" w:lineRule="auto"/>
      </w:pPr>
      <w:proofErr w:type="spellStart"/>
      <w:r>
        <w:t>Màu</w:t>
      </w:r>
      <w:proofErr w:type="spellEnd"/>
      <w:r>
        <w:t xml:space="preserve"> be:</w:t>
      </w:r>
      <w:r>
        <w:rPr>
          <w:color w:val="188038"/>
        </w:rPr>
        <w:t xml:space="preserve"> </w:t>
      </w:r>
      <w:hyperlink r:id="rId104">
        <w:r>
          <w:rPr>
            <w:color w:val="1155CC"/>
            <w:u w:val="single"/>
          </w:rPr>
          <w:t>https://content.pancake.vn/2-25/2025/8/12/f5ecb6354ba22ccc85fc0eb58489de52bced632f.jpg</w:t>
        </w:r>
      </w:hyperlink>
      <w:r>
        <w:rPr>
          <w:color w:val="188038"/>
        </w:rPr>
        <w:t xml:space="preserve"> </w:t>
      </w:r>
      <w:r>
        <w:t xml:space="preserve">; </w:t>
      </w:r>
      <w:hyperlink r:id="rId105">
        <w:r>
          <w:rPr>
            <w:color w:val="1155CC"/>
            <w:u w:val="single"/>
          </w:rPr>
          <w:t>https://content.pancake.vn/2-25/2025/8/12/534f60c8045bb3070f47cd00ae27c84d9117cf83.jpg</w:t>
        </w:r>
      </w:hyperlink>
      <w:r>
        <w:rPr>
          <w:color w:val="188038"/>
        </w:rPr>
        <w:t xml:space="preserve"> </w:t>
      </w:r>
      <w:r>
        <w:t>;</w:t>
      </w:r>
      <w:r>
        <w:rPr>
          <w:color w:val="188038"/>
        </w:rPr>
        <w:t xml:space="preserve"> </w:t>
      </w:r>
      <w:hyperlink r:id="rId106">
        <w:r>
          <w:rPr>
            <w:color w:val="1155CC"/>
            <w:u w:val="single"/>
          </w:rPr>
          <w:t>https://content.pancake.vn/2-25/2025/6/14/0765de7a4cbdb3bfadba1529cb7c7537e5d0e354.jpg</w:t>
        </w:r>
      </w:hyperlink>
      <w:r>
        <w:rPr>
          <w:color w:val="188038"/>
        </w:rPr>
        <w:t xml:space="preserve"> </w:t>
      </w:r>
      <w:r>
        <w:t>;</w:t>
      </w:r>
      <w:r>
        <w:rPr>
          <w:color w:val="188038"/>
        </w:rPr>
        <w:t xml:space="preserve"> </w:t>
      </w:r>
      <w:hyperlink r:id="rId107">
        <w:r>
          <w:rPr>
            <w:color w:val="1155CC"/>
            <w:u w:val="single"/>
          </w:rPr>
          <w:t>https://content.pancake.vn/2-25/2025/6/12/dc26664f4ce595c3f9fd1b3c5b291fdb9d86b6c1.jpg</w:t>
        </w:r>
      </w:hyperlink>
      <w:r>
        <w:rPr>
          <w:color w:val="188038"/>
        </w:rPr>
        <w:t xml:space="preserve"> </w:t>
      </w:r>
    </w:p>
    <w:p w14:paraId="000000D3" w14:textId="77777777" w:rsidR="00443E72" w:rsidRDefault="00000000">
      <w:pPr>
        <w:pStyle w:val="Heading3"/>
        <w:keepNext w:val="0"/>
        <w:keepLines w:val="0"/>
        <w:spacing w:before="280" w:line="360" w:lineRule="auto"/>
        <w:rPr>
          <w:color w:val="000000"/>
          <w:sz w:val="26"/>
          <w:szCs w:val="26"/>
        </w:rPr>
      </w:pPr>
      <w:bookmarkStart w:id="14" w:name="_heading=h.jyi7d4ad3noc" w:colFirst="0" w:colLast="0"/>
      <w:bookmarkEnd w:id="14"/>
      <w:r>
        <w:rPr>
          <w:color w:val="000000"/>
          <w:sz w:val="26"/>
          <w:szCs w:val="26"/>
        </w:rPr>
        <w:t xml:space="preserve">6. Model R464 – Ô </w:t>
      </w:r>
      <w:proofErr w:type="spellStart"/>
      <w:r>
        <w:rPr>
          <w:color w:val="000000"/>
          <w:sz w:val="26"/>
          <w:szCs w:val="26"/>
        </w:rPr>
        <w:t>chính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tâm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tròn</w:t>
      </w:r>
      <w:proofErr w:type="spellEnd"/>
      <w:r>
        <w:rPr>
          <w:color w:val="000000"/>
          <w:sz w:val="26"/>
          <w:szCs w:val="26"/>
        </w:rPr>
        <w:t xml:space="preserve"> Φ3m</w:t>
      </w:r>
    </w:p>
    <w:p w14:paraId="000000D4" w14:textId="77777777" w:rsidR="00443E72" w:rsidRDefault="00000000">
      <w:pPr>
        <w:numPr>
          <w:ilvl w:val="0"/>
          <w:numId w:val="7"/>
        </w:numPr>
        <w:spacing w:before="240" w:after="0" w:line="360" w:lineRule="auto"/>
      </w:pPr>
      <w:proofErr w:type="spellStart"/>
      <w:r>
        <w:rPr>
          <w:b/>
        </w:rPr>
        <w:t>Kiểu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dáng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kính</w:t>
      </w:r>
      <w:proofErr w:type="spellEnd"/>
      <w:r>
        <w:t xml:space="preserve"> 3m</w:t>
      </w:r>
    </w:p>
    <w:p w14:paraId="000000D5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Hệ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khung</w:t>
      </w:r>
      <w:proofErr w:type="spellEnd"/>
      <w:r>
        <w:rPr>
          <w:b/>
        </w:rPr>
        <w:t xml:space="preserve"> &amp; 8 nan: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kim</w:t>
      </w:r>
      <w:proofErr w:type="spellEnd"/>
      <w:r>
        <w:t xml:space="preserve"> </w:t>
      </w:r>
      <w:proofErr w:type="spellStart"/>
      <w:r>
        <w:t>thép</w:t>
      </w:r>
      <w:proofErr w:type="spellEnd"/>
    </w:p>
    <w:p w14:paraId="000000D6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Màu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sắc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vải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dù</w:t>
      </w:r>
      <w:proofErr w:type="spellEnd"/>
      <w:r>
        <w:t xml:space="preserve">: </w:t>
      </w:r>
      <w:proofErr w:type="spellStart"/>
      <w:r>
        <w:t>Trắng</w:t>
      </w:r>
      <w:proofErr w:type="spellEnd"/>
      <w:r>
        <w:t xml:space="preserve">, Xanh </w:t>
      </w:r>
      <w:proofErr w:type="spellStart"/>
      <w:r>
        <w:t>rêu</w:t>
      </w:r>
      <w:proofErr w:type="spellEnd"/>
      <w:r>
        <w:t xml:space="preserve">, </w:t>
      </w:r>
      <w:proofErr w:type="spellStart"/>
      <w:r>
        <w:t>Đỏ</w:t>
      </w:r>
      <w:proofErr w:type="spellEnd"/>
      <w:r>
        <w:t xml:space="preserve"> </w:t>
      </w:r>
      <w:proofErr w:type="spellStart"/>
      <w:r>
        <w:t>mận</w:t>
      </w:r>
      <w:proofErr w:type="spellEnd"/>
      <w:r>
        <w:t>, Be</w:t>
      </w:r>
    </w:p>
    <w:p w14:paraId="000000D7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lastRenderedPageBreak/>
        <w:t>Đế</w:t>
      </w:r>
      <w:proofErr w:type="spellEnd"/>
      <w:r>
        <w:rPr>
          <w:b/>
        </w:rPr>
        <w:t>:</w:t>
      </w:r>
      <w:r>
        <w:t xml:space="preserve"> Inox 44×44cm,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đổ</w:t>
      </w:r>
      <w:proofErr w:type="spellEnd"/>
      <w:r>
        <w:t xml:space="preserve"> </w:t>
      </w:r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  <w:r>
        <w:t xml:space="preserve"> (</w:t>
      </w:r>
      <w:proofErr w:type="spellStart"/>
      <w:r>
        <w:t>đổ</w:t>
      </w:r>
      <w:proofErr w:type="spellEnd"/>
      <w:r>
        <w:t xml:space="preserve"> </w:t>
      </w:r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~40-50kg). </w:t>
      </w:r>
      <w:proofErr w:type="spellStart"/>
      <w:r>
        <w:t>Có</w:t>
      </w:r>
      <w:proofErr w:type="spellEnd"/>
      <w:r>
        <w:t xml:space="preserve"> bánh </w:t>
      </w:r>
      <w:proofErr w:type="spellStart"/>
      <w:r>
        <w:t>xe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di </w:t>
      </w:r>
      <w:proofErr w:type="spellStart"/>
      <w:r>
        <w:t>chuyển</w:t>
      </w:r>
      <w:proofErr w:type="spellEnd"/>
      <w:r>
        <w:t>.</w:t>
      </w:r>
    </w:p>
    <w:p w14:paraId="000000D8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gốc</w:t>
      </w:r>
      <w:proofErr w:type="spellEnd"/>
      <w:r>
        <w:t>: 1.365.000đ</w:t>
      </w:r>
    </w:p>
    <w:p w14:paraId="000000D9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Giá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ưu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đãi</w:t>
      </w:r>
      <w:proofErr w:type="spellEnd"/>
      <w:r>
        <w:rPr>
          <w:b/>
        </w:rPr>
        <w:t>:</w:t>
      </w:r>
      <w:r>
        <w:t xml:space="preserve"> 1.090.000đ</w:t>
      </w:r>
    </w:p>
    <w:p w14:paraId="000000DA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điểm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bật</w:t>
      </w:r>
      <w:proofErr w:type="spellEnd"/>
      <w:r>
        <w:rPr>
          <w:b/>
        </w:rPr>
        <w:t xml:space="preserve">: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tán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proofErr w:type="gramStart"/>
      <w:r>
        <w:t>tâm</w:t>
      </w:r>
      <w:proofErr w:type="spellEnd"/>
      <w:r>
        <w:t xml:space="preserve">  </w:t>
      </w:r>
      <w:proofErr w:type="spellStart"/>
      <w:r>
        <w:t>đường</w:t>
      </w:r>
      <w:proofErr w:type="spellEnd"/>
      <w:proofErr w:type="gramEnd"/>
      <w:r>
        <w:t xml:space="preserve"> </w:t>
      </w:r>
      <w:proofErr w:type="spellStart"/>
      <w:r>
        <w:t>kính</w:t>
      </w:r>
      <w:proofErr w:type="spellEnd"/>
      <w:r>
        <w:t xml:space="preserve"> 3m,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quán</w:t>
      </w:r>
      <w:proofErr w:type="spellEnd"/>
      <w:r>
        <w:t xml:space="preserve"> cafe</w:t>
      </w:r>
    </w:p>
    <w:p w14:paraId="000000DB" w14:textId="77777777" w:rsidR="00443E72" w:rsidRDefault="00000000">
      <w:pPr>
        <w:numPr>
          <w:ilvl w:val="0"/>
          <w:numId w:val="7"/>
        </w:numPr>
        <w:spacing w:after="0" w:line="360" w:lineRule="auto"/>
      </w:pPr>
      <w:proofErr w:type="spellStart"/>
      <w:r>
        <w:rPr>
          <w:b/>
        </w:rPr>
        <w:t>Ảnh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tế</w:t>
      </w:r>
      <w:proofErr w:type="spellEnd"/>
      <w:r>
        <w:rPr>
          <w:b/>
        </w:rPr>
        <w:t>:</w:t>
      </w:r>
      <w:r>
        <w:t xml:space="preserve"> </w:t>
      </w:r>
    </w:p>
    <w:p w14:paraId="000000DC" w14:textId="77777777" w:rsidR="00443E72" w:rsidRDefault="00000000">
      <w:pPr>
        <w:numPr>
          <w:ilvl w:val="1"/>
          <w:numId w:val="7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trắng</w:t>
      </w:r>
      <w:proofErr w:type="spellEnd"/>
      <w:r>
        <w:t xml:space="preserve">: </w:t>
      </w:r>
      <w:hyperlink r:id="rId108">
        <w:r>
          <w:rPr>
            <w:color w:val="1155CC"/>
            <w:u w:val="single"/>
          </w:rPr>
          <w:t>https://content.pancake.vn/2-25/2025/2/18/4cdee24300df8d3c73d940040ca8a83ad8d15b50.jpg</w:t>
        </w:r>
      </w:hyperlink>
      <w:r>
        <w:t xml:space="preserve"> ; </w:t>
      </w:r>
      <w:hyperlink r:id="rId109">
        <w:r>
          <w:rPr>
            <w:color w:val="1155CC"/>
            <w:u w:val="single"/>
          </w:rPr>
          <w:t>https://content.pancake.vn/2-25/2025/2/20/f13cdf521f6b2a9a3f0b734b9c5cae961079c224.jpg</w:t>
        </w:r>
      </w:hyperlink>
      <w:r>
        <w:t xml:space="preserve"> ; </w:t>
      </w:r>
      <w:hyperlink r:id="rId110">
        <w:r>
          <w:rPr>
            <w:color w:val="1155CC"/>
            <w:u w:val="single"/>
          </w:rPr>
          <w:t>https://content.pancake.vn/2-25/2025/2/18/9670bf752a49690cf47b7550fbb3ca5a9c7faefa.jpg</w:t>
        </w:r>
      </w:hyperlink>
      <w:r>
        <w:t xml:space="preserve"> </w:t>
      </w:r>
    </w:p>
    <w:p w14:paraId="000000DD" w14:textId="77777777" w:rsidR="00443E72" w:rsidRDefault="00000000">
      <w:pPr>
        <w:numPr>
          <w:ilvl w:val="1"/>
          <w:numId w:val="7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đỏ</w:t>
      </w:r>
      <w:proofErr w:type="spellEnd"/>
      <w:r>
        <w:t xml:space="preserve">: </w:t>
      </w:r>
      <w:hyperlink r:id="rId111">
        <w:r>
          <w:rPr>
            <w:color w:val="1155CC"/>
            <w:u w:val="single"/>
          </w:rPr>
          <w:t>https://content.pancake.vn/2-2510/2025/10/11/e99c60edcc70b3079d06f3a46900dc07172e87c9.jpg</w:t>
        </w:r>
      </w:hyperlink>
      <w:r>
        <w:t xml:space="preserve"> ; </w:t>
      </w:r>
      <w:hyperlink r:id="rId112">
        <w:r>
          <w:rPr>
            <w:color w:val="1155CC"/>
            <w:u w:val="single"/>
          </w:rPr>
          <w:t>https://content.pancake.vn/2-24/2024/8/18/a3a501378cbe6a492572ca5f8931a5aed28f852c.jpg</w:t>
        </w:r>
      </w:hyperlink>
      <w:r>
        <w:t xml:space="preserve"> </w:t>
      </w:r>
    </w:p>
    <w:p w14:paraId="000000DE" w14:textId="77777777" w:rsidR="00443E72" w:rsidRDefault="00000000">
      <w:pPr>
        <w:numPr>
          <w:ilvl w:val="1"/>
          <w:numId w:val="7"/>
        </w:numPr>
        <w:spacing w:after="0" w:line="360" w:lineRule="auto"/>
      </w:pP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: </w:t>
      </w:r>
      <w:hyperlink r:id="rId113">
        <w:r>
          <w:rPr>
            <w:color w:val="1155CC"/>
            <w:u w:val="single"/>
          </w:rPr>
          <w:t>https://content.pancake.vn/2-2510/2025/10/11/576feb90003a20bd902db8b7038be98f703b3a66.jpg</w:t>
        </w:r>
      </w:hyperlink>
      <w:r>
        <w:t xml:space="preserve"> </w:t>
      </w:r>
    </w:p>
    <w:p w14:paraId="000000DF" w14:textId="77777777" w:rsidR="00443E72" w:rsidRDefault="00000000">
      <w:pPr>
        <w:numPr>
          <w:ilvl w:val="1"/>
          <w:numId w:val="7"/>
        </w:numPr>
        <w:spacing w:after="240" w:line="360" w:lineRule="auto"/>
      </w:pPr>
      <w:proofErr w:type="spellStart"/>
      <w:r>
        <w:t>Màu</w:t>
      </w:r>
      <w:proofErr w:type="spellEnd"/>
      <w:r>
        <w:t xml:space="preserve"> be: </w:t>
      </w:r>
      <w:hyperlink r:id="rId114">
        <w:r>
          <w:rPr>
            <w:color w:val="1155CC"/>
            <w:u w:val="single"/>
          </w:rPr>
          <w:t>https://content.pancake.vn/2-2510/2025/10/11/de8d7544a50b91ea669104bfa7e90a4bcfe69aa9.jpg</w:t>
        </w:r>
      </w:hyperlink>
      <w:r>
        <w:rPr>
          <w:color w:val="188038"/>
        </w:rPr>
        <w:t xml:space="preserve"> </w:t>
      </w:r>
    </w:p>
    <w:p w14:paraId="000000E0" w14:textId="77777777" w:rsidR="00443E72" w:rsidRDefault="00443E72">
      <w:pPr>
        <w:spacing w:after="0" w:line="360" w:lineRule="auto"/>
      </w:pPr>
    </w:p>
    <w:p w14:paraId="000000E1" w14:textId="77777777" w:rsidR="00443E72" w:rsidRDefault="00443E72">
      <w:pPr>
        <w:spacing w:line="360" w:lineRule="auto"/>
        <w:rPr>
          <w:sz w:val="26"/>
          <w:szCs w:val="26"/>
        </w:rPr>
      </w:pPr>
    </w:p>
    <w:sectPr w:rsidR="00443E72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0F60E9D-0718-40BB-8EAC-8361D19986A6}"/>
    <w:embedBold r:id="rId2" w:fontKey="{86B93505-6D5F-47AA-8A56-A6A9BD9F8AA3}"/>
    <w:embedItalic r:id="rId3" w:fontKey="{ADC2D844-D23B-42CD-A1DF-86EC8C04C27B}"/>
    <w:embedBoldItalic r:id="rId4" w:fontKey="{6579654A-3940-4F4C-B3EC-7C9DA09F61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6EEB73B-8982-4E86-9921-D909B9955053}"/>
    <w:embedBold r:id="rId6" w:fontKey="{A644B56A-527F-47B0-9F5D-52EC7F922104}"/>
    <w:embedItalic r:id="rId7" w:fontKey="{F3EA0C4B-1895-4141-BEF8-6488E4E1179A}"/>
    <w:embedBoldItalic r:id="rId8" w:fontKey="{668D0ABC-4C84-4FEE-ACFA-B205D5AC89D9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4780A"/>
    <w:multiLevelType w:val="multilevel"/>
    <w:tmpl w:val="DC24D500"/>
    <w:lvl w:ilvl="0">
      <w:start w:val="1"/>
      <w:numFmt w:val="decimal"/>
      <w:pStyle w:val="ListBullet3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4307D5"/>
    <w:multiLevelType w:val="multilevel"/>
    <w:tmpl w:val="2B8E4C1E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1B7F4C"/>
    <w:multiLevelType w:val="multilevel"/>
    <w:tmpl w:val="9D38D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917BC3"/>
    <w:multiLevelType w:val="multilevel"/>
    <w:tmpl w:val="8320E544"/>
    <w:lvl w:ilvl="0">
      <w:start w:val="1"/>
      <w:numFmt w:val="decimal"/>
      <w:pStyle w:val="ListNumber2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5E90F8D"/>
    <w:multiLevelType w:val="multilevel"/>
    <w:tmpl w:val="7EA60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8841D75"/>
    <w:multiLevelType w:val="multilevel"/>
    <w:tmpl w:val="8AE63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7F2B1A"/>
    <w:multiLevelType w:val="multilevel"/>
    <w:tmpl w:val="A36CD0E6"/>
    <w:lvl w:ilvl="0">
      <w:start w:val="1"/>
      <w:numFmt w:val="bullet"/>
      <w:pStyle w:val="ListNumbe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46233E"/>
    <w:multiLevelType w:val="multilevel"/>
    <w:tmpl w:val="62A23E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96038B"/>
    <w:multiLevelType w:val="multilevel"/>
    <w:tmpl w:val="C4C42AEA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80814E1"/>
    <w:multiLevelType w:val="multilevel"/>
    <w:tmpl w:val="446C3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6803BD"/>
    <w:multiLevelType w:val="multilevel"/>
    <w:tmpl w:val="36C0D0CE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926D34"/>
    <w:multiLevelType w:val="multilevel"/>
    <w:tmpl w:val="4BAA2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D178B3"/>
    <w:multiLevelType w:val="multilevel"/>
    <w:tmpl w:val="843A3138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45683493">
    <w:abstractNumId w:val="8"/>
  </w:num>
  <w:num w:numId="2" w16cid:durableId="1631084265">
    <w:abstractNumId w:val="10"/>
  </w:num>
  <w:num w:numId="3" w16cid:durableId="163328545">
    <w:abstractNumId w:val="0"/>
  </w:num>
  <w:num w:numId="4" w16cid:durableId="2122646061">
    <w:abstractNumId w:val="9"/>
  </w:num>
  <w:num w:numId="5" w16cid:durableId="1469393034">
    <w:abstractNumId w:val="6"/>
  </w:num>
  <w:num w:numId="6" w16cid:durableId="320819122">
    <w:abstractNumId w:val="3"/>
  </w:num>
  <w:num w:numId="7" w16cid:durableId="2099013587">
    <w:abstractNumId w:val="1"/>
  </w:num>
  <w:num w:numId="8" w16cid:durableId="105200612">
    <w:abstractNumId w:val="5"/>
  </w:num>
  <w:num w:numId="9" w16cid:durableId="2142723191">
    <w:abstractNumId w:val="4"/>
  </w:num>
  <w:num w:numId="10" w16cid:durableId="508252938">
    <w:abstractNumId w:val="12"/>
  </w:num>
  <w:num w:numId="11" w16cid:durableId="947811300">
    <w:abstractNumId w:val="7"/>
  </w:num>
  <w:num w:numId="12" w16cid:durableId="195318305">
    <w:abstractNumId w:val="11"/>
  </w:num>
  <w:num w:numId="13" w16cid:durableId="8774005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E72"/>
    <w:rsid w:val="000F18FF"/>
    <w:rsid w:val="00443E72"/>
    <w:rsid w:val="0066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C1DCA"/>
  <w15:docId w15:val="{25E9AD3A-13BF-4E05-945A-4E797FA9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 w:line="360" w:lineRule="auto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60" w:after="80"/>
      <w:outlineLvl w:val="2"/>
    </w:pPr>
    <w:rPr>
      <w:b/>
      <w:sz w:val="34"/>
      <w:szCs w:val="3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ntent.pancake.vn/2-2510/2025/10/26/9c00a73c228e308cb78a557ebad1f561e14ce571.png" TargetMode="External"/><Relationship Id="rId21" Type="http://schemas.openxmlformats.org/officeDocument/2006/relationships/hyperlink" Target="https://content.pancake.vn/2-2510/2025/10/25/073e0b4cd47dd8334c1b6b0a2dbe7b14137efbe1.jpg" TargetMode="External"/><Relationship Id="rId42" Type="http://schemas.openxmlformats.org/officeDocument/2006/relationships/hyperlink" Target="https://content.pancake.vn/2-2510/2025/10/25/f3ca313dadc69355767480e4c990b4948e9760a5.jpg" TargetMode="External"/><Relationship Id="rId47" Type="http://schemas.openxmlformats.org/officeDocument/2006/relationships/hyperlink" Target="https://content.pancake.vn/2-24/2024/11/29/baeca5ea7f04716d38cbf2ebf2e1ba9983a1e31e.jpg" TargetMode="External"/><Relationship Id="rId63" Type="http://schemas.openxmlformats.org/officeDocument/2006/relationships/hyperlink" Target="https://content.pancake.vn/2-2510/2025/10/11/35425683f6ecf20363b14cfe90566aa6950d2b56.jpg" TargetMode="External"/><Relationship Id="rId68" Type="http://schemas.openxmlformats.org/officeDocument/2006/relationships/hyperlink" Target="https://content.pancake.vn/2-2510/2025/10/11/fe947501f4aec6ee1ebdd74b0d25a2ec5f553159.jpg" TargetMode="External"/><Relationship Id="rId84" Type="http://schemas.openxmlformats.org/officeDocument/2006/relationships/hyperlink" Target="https://content.pancake.vn/2-25/2025/5/4/7efa158346438e9e4bbe335518a6e5978f7c8b23.jpg" TargetMode="External"/><Relationship Id="rId89" Type="http://schemas.openxmlformats.org/officeDocument/2006/relationships/hyperlink" Target="https://content.pancake.vn/2-25/2025/2/20/a8710ad93efc3406de5cdeaedf93837875005a67.jpg" TargetMode="External"/><Relationship Id="rId112" Type="http://schemas.openxmlformats.org/officeDocument/2006/relationships/hyperlink" Target="https://content.pancake.vn/2-24/2024/8/18/a3a501378cbe6a492572ca5f8931a5aed28f852c.jpg" TargetMode="External"/><Relationship Id="rId16" Type="http://schemas.openxmlformats.org/officeDocument/2006/relationships/hyperlink" Target="https://content.pancake.vn/2-2510/2025/10/11/9d9a47404db748e2578486aa7613d4ef1717bdfc.jpg" TargetMode="External"/><Relationship Id="rId107" Type="http://schemas.openxmlformats.org/officeDocument/2006/relationships/hyperlink" Target="https://content.pancake.vn/2-25/2025/6/12/dc26664f4ce595c3f9fd1b3c5b291fdb9d86b6c1.jpg" TargetMode="External"/><Relationship Id="rId11" Type="http://schemas.openxmlformats.org/officeDocument/2006/relationships/hyperlink" Target="https://content.pancake.vn/2-25/2025/4/26/9f71bb71b228542d552fe19eaa55470b66456d18.jpg" TargetMode="External"/><Relationship Id="rId32" Type="http://schemas.openxmlformats.org/officeDocument/2006/relationships/hyperlink" Target="https://content.pancake.vn/2-2510/2025/10/25/e1f852037686f16421b9143821184767eae0fed6.jpg" TargetMode="External"/><Relationship Id="rId37" Type="http://schemas.openxmlformats.org/officeDocument/2006/relationships/hyperlink" Target="https://content.pancake.vn/2-2510/2025/10/25/dfc5d3c64de77968b96c9b0f77d17aaca6e7ae37.jpg" TargetMode="External"/><Relationship Id="rId53" Type="http://schemas.openxmlformats.org/officeDocument/2006/relationships/hyperlink" Target="https://content.pancake.vn/2-24/2024/6/25/86a027bf110ad951e43a11e812e5fc4d6fff492b.jpg" TargetMode="External"/><Relationship Id="rId58" Type="http://schemas.openxmlformats.org/officeDocument/2006/relationships/hyperlink" Target="https://content.pancake.vn/2-25/2025/5/4/58017a60bf90a85701904c90704e1d03f2d7c6e9.jpg" TargetMode="External"/><Relationship Id="rId74" Type="http://schemas.openxmlformats.org/officeDocument/2006/relationships/hyperlink" Target="https://content.pancake.vn/2-25/2025/5/3/60e6c303650774a25da914ef4643a42569ce21fd.jpg" TargetMode="External"/><Relationship Id="rId79" Type="http://schemas.openxmlformats.org/officeDocument/2006/relationships/hyperlink" Target="https://content.pancake.vn/2-2510/2025/10/14/b2b4663c2ea01003898bcff79ec7a5c1f168de22.jpg" TargetMode="External"/><Relationship Id="rId102" Type="http://schemas.openxmlformats.org/officeDocument/2006/relationships/hyperlink" Target="https://content.pancake.vn/2-25/2025/6/12/d34386449cc60c8180dcaa7159f89ab0e537999c.jp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content.pancake.vn/2-2510/2025/10/10/fead3987b9f4247cdafb06b44cb1a3400f8901ce.jpg" TargetMode="External"/><Relationship Id="rId95" Type="http://schemas.openxmlformats.org/officeDocument/2006/relationships/hyperlink" Target="https://content.pancake.vn/2-25/2025/6/9/83733357cfa84f70ce2e5a7e96a90211e94c32aa.jpg" TargetMode="External"/><Relationship Id="rId22" Type="http://schemas.openxmlformats.org/officeDocument/2006/relationships/hyperlink" Target="https://content.pancake.vn/2-2510/2025/10/25/47567800854e6b38157b4e532a3a2b54d0a772e7.jpg" TargetMode="External"/><Relationship Id="rId27" Type="http://schemas.openxmlformats.org/officeDocument/2006/relationships/hyperlink" Target="https://content.pancake.vn/2-2510/2025/10/25/e1f852037686f16421b9143821184767eae0fed6.jpg" TargetMode="External"/><Relationship Id="rId43" Type="http://schemas.openxmlformats.org/officeDocument/2006/relationships/hyperlink" Target="https://content.pancake.vn/2-2510/2025/10/25/a92107a7ec4b7d777628a10deb9efd86b47102de.jpg" TargetMode="External"/><Relationship Id="rId48" Type="http://schemas.openxmlformats.org/officeDocument/2006/relationships/hyperlink" Target="https://content.pancake.vn/2-24/2024/11/25/1677b706567e0d7d36471e4f0ec6e85aed873fde.jpg" TargetMode="External"/><Relationship Id="rId64" Type="http://schemas.openxmlformats.org/officeDocument/2006/relationships/hyperlink" Target="https://content.pancake.vn/2-2510/2025/10/11/ad542b663296cf7952e84586b41ce84fb8a443dc.jpg" TargetMode="External"/><Relationship Id="rId69" Type="http://schemas.openxmlformats.org/officeDocument/2006/relationships/hyperlink" Target="https://content.pancake.vn/2-24/2024/8/18/44e2a206bdb9a15dc62e418f195f1f0178ae36cd.jpg" TargetMode="External"/><Relationship Id="rId113" Type="http://schemas.openxmlformats.org/officeDocument/2006/relationships/hyperlink" Target="https://content.pancake.vn/2-2510/2025/10/11/576feb90003a20bd902db8b7038be98f703b3a66.jpg" TargetMode="External"/><Relationship Id="rId80" Type="http://schemas.openxmlformats.org/officeDocument/2006/relationships/hyperlink" Target="https://content.pancake.vn/2-24/2024/11/21/9b14b64e4d5bb45cf9aafdc2c4919f3b8c653124.jpg" TargetMode="External"/><Relationship Id="rId85" Type="http://schemas.openxmlformats.org/officeDocument/2006/relationships/hyperlink" Target="https://content.pancake.vn/2-24/2024/11/21/a06251283b90e3dcc826816da4921f82a57ccad3.jpg" TargetMode="External"/><Relationship Id="rId12" Type="http://schemas.openxmlformats.org/officeDocument/2006/relationships/hyperlink" Target="https://content.pancake.vn/2-24/2024/11/24/2a43c1efeeea552a928d7cfe00b0b532a07517f1.jpg" TargetMode="External"/><Relationship Id="rId17" Type="http://schemas.openxmlformats.org/officeDocument/2006/relationships/hyperlink" Target="https://content.pancake.vn/2-24/2024/11/22/a89aaf118b4d2b167928d6fc439321755284052c.jpg" TargetMode="External"/><Relationship Id="rId33" Type="http://schemas.openxmlformats.org/officeDocument/2006/relationships/hyperlink" Target="https://content.pancake.vn/2-2510/2025/10/25/47567800854e6b38157b4e532a3a2b54d0a772e7.jpg" TargetMode="External"/><Relationship Id="rId38" Type="http://schemas.openxmlformats.org/officeDocument/2006/relationships/hyperlink" Target="https://content.pancake.vn/2-2510/2025/10/25/c7182e6b4eeb1a9863027d13c4a6381663b9f1e4.jpg" TargetMode="External"/><Relationship Id="rId59" Type="http://schemas.openxmlformats.org/officeDocument/2006/relationships/hyperlink" Target="https://content.pancake.vn/2-25/2025/5/4/49deec019340c74634791530f4ace454dad5b6d4.jpg" TargetMode="External"/><Relationship Id="rId103" Type="http://schemas.openxmlformats.org/officeDocument/2006/relationships/hyperlink" Target="https://content.pancake.vn/2-25/2025/8/14/f442a97d4d61c6d56172d493a7367a9e45491a38.jpg" TargetMode="External"/><Relationship Id="rId108" Type="http://schemas.openxmlformats.org/officeDocument/2006/relationships/hyperlink" Target="https://content.pancake.vn/2-25/2025/2/18/4cdee24300df8d3c73d940040ca8a83ad8d15b50.jpg" TargetMode="External"/><Relationship Id="rId54" Type="http://schemas.openxmlformats.org/officeDocument/2006/relationships/hyperlink" Target="https://content.pancake.vn/2-2510/2025/10/11/bf281dea664c46888e6c64f67180d5467e744c24.jpg" TargetMode="External"/><Relationship Id="rId70" Type="http://schemas.openxmlformats.org/officeDocument/2006/relationships/hyperlink" Target="https://content.pancake.vn/2-25/2025/5/3/e2ab95c63ab05b5a6d10c9f007172cc63e5e51d8.jpg" TargetMode="External"/><Relationship Id="rId75" Type="http://schemas.openxmlformats.org/officeDocument/2006/relationships/hyperlink" Target="https://content.pancake.vn/2-25/2025/2/19/59acc7a486ff7499ddff7ab177fb0fd43355d839.jpg" TargetMode="External"/><Relationship Id="rId91" Type="http://schemas.openxmlformats.org/officeDocument/2006/relationships/hyperlink" Target="https://content.pancake.vn/2-24/2024/11/22/d5ba745e74e44375eb53892aed46c102521b4743.jpg" TargetMode="External"/><Relationship Id="rId96" Type="http://schemas.openxmlformats.org/officeDocument/2006/relationships/hyperlink" Target="https://content.pancake.vn/2-25/2025/8/11/a1705e2c4484e567c3c85f324309f8a6829dc087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ontent.pancake.vn/2-25/2025/7/30/0483f47d8439836e8cc15ac99ad9492c360fb569.jpg" TargetMode="External"/><Relationship Id="rId15" Type="http://schemas.openxmlformats.org/officeDocument/2006/relationships/hyperlink" Target="https://content.pancake.vn/2-2510/2025/10/11/ab094cb3e74466e3c7f14b091592d1a62c256504.jpg" TargetMode="External"/><Relationship Id="rId23" Type="http://schemas.openxmlformats.org/officeDocument/2006/relationships/hyperlink" Target="https://content.pancake.vn/2-25/2025/2/18/09d770dd7ccc1a5ed7edffb3ab275f23b5456884.jpg" TargetMode="External"/><Relationship Id="rId28" Type="http://schemas.openxmlformats.org/officeDocument/2006/relationships/hyperlink" Target="https://content.pancake.vn/2-2510/2025/10/25/f56b9f4d0645be68b79740ac35629a6295925302.jpg" TargetMode="External"/><Relationship Id="rId36" Type="http://schemas.openxmlformats.org/officeDocument/2006/relationships/hyperlink" Target="https://content.pancake.vn/2-2510/2025/10/25/64a6bfcacae9f7f1746444c23495f8547abcd331.jpg" TargetMode="External"/><Relationship Id="rId49" Type="http://schemas.openxmlformats.org/officeDocument/2006/relationships/hyperlink" Target="https://content.pancake.vn/2-25/2025/6/14/9eac024f3a4736a313ca1852f92b03bb9f40604c.jpg" TargetMode="External"/><Relationship Id="rId57" Type="http://schemas.openxmlformats.org/officeDocument/2006/relationships/hyperlink" Target="https://content.pancake.vn/2-25/2025/2/18/f2f86e845abf8b1f7638915769cf8186611f47bd.jpg" TargetMode="External"/><Relationship Id="rId106" Type="http://schemas.openxmlformats.org/officeDocument/2006/relationships/hyperlink" Target="https://content.pancake.vn/2-25/2025/6/14/0765de7a4cbdb3bfadba1529cb7c7537e5d0e354.jpg" TargetMode="External"/><Relationship Id="rId114" Type="http://schemas.openxmlformats.org/officeDocument/2006/relationships/hyperlink" Target="https://content.pancake.vn/2-2510/2025/10/11/de8d7544a50b91ea669104bfa7e90a4bcfe69aa9.jpg" TargetMode="External"/><Relationship Id="rId10" Type="http://schemas.openxmlformats.org/officeDocument/2006/relationships/hyperlink" Target="https://content.pancake.vn/2-24/2024/11/22/74a22052309a0f00a5324bf2db296b5d1cedef1f.jpg" TargetMode="External"/><Relationship Id="rId31" Type="http://schemas.openxmlformats.org/officeDocument/2006/relationships/hyperlink" Target="https://content.pancake.vn/2-2510/2025/10/25/073e0b4cd47dd8334c1b6b0a2dbe7b14137efbe1.jpg" TargetMode="External"/><Relationship Id="rId44" Type="http://schemas.openxmlformats.org/officeDocument/2006/relationships/hyperlink" Target="https://content.pancake.vn/2-2510/2025/10/25/70dacbd74c7a30b086244b6ce5b57259fd31a763.jpg" TargetMode="External"/><Relationship Id="rId52" Type="http://schemas.openxmlformats.org/officeDocument/2006/relationships/hyperlink" Target="https://content.pancake.vn/2-25/2025/5/4/639db82ffb3f6d1415ff8e3dd9e03e2f76a978b7.jpg" TargetMode="External"/><Relationship Id="rId60" Type="http://schemas.openxmlformats.org/officeDocument/2006/relationships/hyperlink" Target="https://content.pancake.vn/2-25/2025/5/4/6a75e5d0b61f74d78dbfc4ecf11652c41074e8bd.jpg" TargetMode="External"/><Relationship Id="rId65" Type="http://schemas.openxmlformats.org/officeDocument/2006/relationships/hyperlink" Target="https://content.pancake.vn/2-2510/2025/10/11/090d9e5944fa0ffe150af1935b11d21e19bfba7d.jpg" TargetMode="External"/><Relationship Id="rId73" Type="http://schemas.openxmlformats.org/officeDocument/2006/relationships/hyperlink" Target="https://content.pancake.vn/2-24/2024/11/22/d3870685bf4388e136a1ea1aa0b977a402b81b79.jpg" TargetMode="External"/><Relationship Id="rId78" Type="http://schemas.openxmlformats.org/officeDocument/2006/relationships/hyperlink" Target="https://content.pancake.vn/2-25/2025/5/3/27f518b73ef89df337118a6735a6705510170486.jpg" TargetMode="External"/><Relationship Id="rId81" Type="http://schemas.openxmlformats.org/officeDocument/2006/relationships/hyperlink" Target="https://content.pancake.vn/2-24/2024/11/21/cc21ecd54cce1131a27ece0c61b0ae05b6495f8a.jpg" TargetMode="External"/><Relationship Id="rId86" Type="http://schemas.openxmlformats.org/officeDocument/2006/relationships/hyperlink" Target="https://content.pancake.vn/2-2510/2025/10/11/454ff86722a65f08cfb6003d88e023e3e2f3c863.jpg" TargetMode="External"/><Relationship Id="rId94" Type="http://schemas.openxmlformats.org/officeDocument/2006/relationships/hyperlink" Target="https://content.pancake.vn/2-25/2025/8/21/3d6e78cd9901d1d3db04f6f7c3eca449659a5c66.png" TargetMode="External"/><Relationship Id="rId99" Type="http://schemas.openxmlformats.org/officeDocument/2006/relationships/hyperlink" Target="https://content.pancake.vn/2-25/2025/6/12/cd7e629b59cc0331ed21fc9a064fbe012fdf1cae.jpg" TargetMode="External"/><Relationship Id="rId101" Type="http://schemas.openxmlformats.org/officeDocument/2006/relationships/hyperlink" Target="https://content.pancake.vn/2-25/2025/8/12/5ea74f056be5745a05f17a2786732afbc336935d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ntent.pancake.vn/2-24/2024/11/23/8bbda430ca3b9ce77af1764f77c3e4718d0bbe8c.jpg" TargetMode="External"/><Relationship Id="rId13" Type="http://schemas.openxmlformats.org/officeDocument/2006/relationships/hyperlink" Target="https://content.pancake.vn/2-24/2024/11/23/b1e3e084d7dc7c6729b8a5c5f75163ac6056905c.jpg" TargetMode="External"/><Relationship Id="rId18" Type="http://schemas.openxmlformats.org/officeDocument/2006/relationships/hyperlink" Target="https://content.pancake.vn/2-25/2025/4/28/150a7db7ef83f6ea8dcdee393187beff2d33d70a.jpg" TargetMode="External"/><Relationship Id="rId39" Type="http://schemas.openxmlformats.org/officeDocument/2006/relationships/hyperlink" Target="https://content.pancake.vn/2-2510/2025/10/25/3924b52152342828e576536022c106accdbd0946.jpg" TargetMode="External"/><Relationship Id="rId109" Type="http://schemas.openxmlformats.org/officeDocument/2006/relationships/hyperlink" Target="https://content.pancake.vn/2-25/2025/2/20/f13cdf521f6b2a9a3f0b734b9c5cae961079c224.jpg" TargetMode="External"/><Relationship Id="rId34" Type="http://schemas.openxmlformats.org/officeDocument/2006/relationships/hyperlink" Target="https://content.pancake.vn/2-2510/2025/10/26/633d6bf61bafb53b931609d295e35e0f1df037cb.png" TargetMode="External"/><Relationship Id="rId50" Type="http://schemas.openxmlformats.org/officeDocument/2006/relationships/hyperlink" Target="https://content.pancake.vn/2-25/2025/6/17/977dba8f690db80b70e7ca83e9aef6b723453faa.jpg" TargetMode="External"/><Relationship Id="rId55" Type="http://schemas.openxmlformats.org/officeDocument/2006/relationships/hyperlink" Target="https://content.pancake.vn/2-25/2025/2/18/4586353c82e446d4240d697ad049e80e20b3ef24.jpg" TargetMode="External"/><Relationship Id="rId76" Type="http://schemas.openxmlformats.org/officeDocument/2006/relationships/hyperlink" Target="https://content.pancake.vn/2-25/2025/2/19/f61e3ba3861205732e3c3e358f1f158848e6bd06.jpg" TargetMode="External"/><Relationship Id="rId97" Type="http://schemas.openxmlformats.org/officeDocument/2006/relationships/hyperlink" Target="https://content.pancake.vn/2-25/2025/8/14/0f2b540d75953a9f670694060b87d9558bae901d.jpg" TargetMode="External"/><Relationship Id="rId104" Type="http://schemas.openxmlformats.org/officeDocument/2006/relationships/hyperlink" Target="https://content.pancake.vn/2-25/2025/8/12/f5ecb6354ba22ccc85fc0eb58489de52bced632f.jpg" TargetMode="External"/><Relationship Id="rId7" Type="http://schemas.openxmlformats.org/officeDocument/2006/relationships/hyperlink" Target="https://content.pancake.vn/2-25/2025/4/26/abe9c134e1ba2c7a939de2ca782601d29b86feed.jpg" TargetMode="External"/><Relationship Id="rId71" Type="http://schemas.openxmlformats.org/officeDocument/2006/relationships/hyperlink" Target="https://content.pancake.vn/2-25/2025/5/3/8160fa3e0cbb0228ad1d186d025c8d9a3c7348f6.jpg" TargetMode="External"/><Relationship Id="rId92" Type="http://schemas.openxmlformats.org/officeDocument/2006/relationships/hyperlink" Target="https://content.pancake.vn/2-2510/2025/10/11/da2a41a785c8522e71fe234a95c505d47191e6df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ontent.pancake.vn/2-2510/2025/10/25/9b41c1d464e65b9ee5a8ac514a3ee4040c5c0b84.jpg" TargetMode="External"/><Relationship Id="rId24" Type="http://schemas.openxmlformats.org/officeDocument/2006/relationships/hyperlink" Target="https://content.pancake.vn/2-25/2025/3/15/783ab132f2187e0d455e3b65e79c2dee310e196b.jpg" TargetMode="External"/><Relationship Id="rId40" Type="http://schemas.openxmlformats.org/officeDocument/2006/relationships/hyperlink" Target="https://content.pancake.vn/2-2510/2025/10/25/dd074e151cae7976c7ca601f7c8424fed4a0ff94.jpg" TargetMode="External"/><Relationship Id="rId45" Type="http://schemas.openxmlformats.org/officeDocument/2006/relationships/hyperlink" Target="https://content.pancake.vn/2-2510/2025/10/25/7e3683d1cfed85c9962bfc6ee6aea4501d54c7b3.jpg" TargetMode="External"/><Relationship Id="rId66" Type="http://schemas.openxmlformats.org/officeDocument/2006/relationships/hyperlink" Target="https://content.pancake.vn/2-24/2024/8/17/bfa5ea71c61afe661f5cdf41f9a36919da11e6d0.jpg" TargetMode="External"/><Relationship Id="rId87" Type="http://schemas.openxmlformats.org/officeDocument/2006/relationships/hyperlink" Target="https://content.pancake.vn/2-25/2025/8/15/3ae8f3dc3fd7cf567818331761e563c576f0cbd0.jpg" TargetMode="External"/><Relationship Id="rId110" Type="http://schemas.openxmlformats.org/officeDocument/2006/relationships/hyperlink" Target="https://content.pancake.vn/2-25/2025/2/18/9670bf752a49690cf47b7550fbb3ca5a9c7faefa.jpg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content.pancake.vn/2-25/2025/8/29/4b4aac015106bcae1c19fb8e0ee84c003a24ab21.jpg" TargetMode="External"/><Relationship Id="rId82" Type="http://schemas.openxmlformats.org/officeDocument/2006/relationships/hyperlink" Target="https://content.pancake.vn/2-25/2025/5/3/64611e1727e75e4ded9b691a0e087d7711abf0ad.jpg" TargetMode="External"/><Relationship Id="rId19" Type="http://schemas.openxmlformats.org/officeDocument/2006/relationships/hyperlink" Target="https://content.pancake.vn/2-2510/2025/10/25/9b41c1d464e65b9ee5a8ac514a3ee4040c5c0b84.jpg" TargetMode="External"/><Relationship Id="rId14" Type="http://schemas.openxmlformats.org/officeDocument/2006/relationships/hyperlink" Target="https://content.pancake.vn/2-2510/2025/10/13/c6e1bc2c34a8bc41c29bc78049d1abd32fbb65a9.jpg" TargetMode="External"/><Relationship Id="rId30" Type="http://schemas.openxmlformats.org/officeDocument/2006/relationships/hyperlink" Target="https://content.pancake.vn/2-2510/2025/10/25/68103663747e629efefe0e3d956756bb0002de71.jpg" TargetMode="External"/><Relationship Id="rId35" Type="http://schemas.openxmlformats.org/officeDocument/2006/relationships/hyperlink" Target="https://content.pancake.vn/2-2510/2025/10/25/e2dc37959d4846f7df41039fa21910c6e5974328.jpg" TargetMode="External"/><Relationship Id="rId56" Type="http://schemas.openxmlformats.org/officeDocument/2006/relationships/hyperlink" Target="https://content.pancake.vn/2-2510/2025/10/11/59f40d140ab728039722760332b46214f8052a35.jpg" TargetMode="External"/><Relationship Id="rId77" Type="http://schemas.openxmlformats.org/officeDocument/2006/relationships/hyperlink" Target="https://content.pancake.vn/2-24/2024/11/21/6a00f536b586985f4a531b8dedd8f20bda85f5fb.jpg" TargetMode="External"/><Relationship Id="rId100" Type="http://schemas.openxmlformats.org/officeDocument/2006/relationships/hyperlink" Target="https://content.pancake.vn/2-25/2025/8/12/f514306f773a922b3a13e0c2374b941483b4fb41.jpg" TargetMode="External"/><Relationship Id="rId105" Type="http://schemas.openxmlformats.org/officeDocument/2006/relationships/hyperlink" Target="https://content.pancake.vn/2-25/2025/8/12/534f60c8045bb3070f47cd00ae27c84d9117cf83.jpg" TargetMode="External"/><Relationship Id="rId8" Type="http://schemas.openxmlformats.org/officeDocument/2006/relationships/hyperlink" Target="https://content.pancake.vn/2-24/2024/11/22/3cce077c03157473f8f15bcf64e82bfa244a5447.jpg" TargetMode="External"/><Relationship Id="rId51" Type="http://schemas.openxmlformats.org/officeDocument/2006/relationships/hyperlink" Target="https://content.pancake.vn/2-25/2025/5/6/29aa682f08990c3f8f0560ee503aa5ca7a89a2d3.jpg" TargetMode="External"/><Relationship Id="rId72" Type="http://schemas.openxmlformats.org/officeDocument/2006/relationships/hyperlink" Target="https://content.pancake.vn/2-25/2025/5/3/4882575b2a4aa0751c1a6709b53cf8a47746887d.jpg" TargetMode="External"/><Relationship Id="rId93" Type="http://schemas.openxmlformats.org/officeDocument/2006/relationships/hyperlink" Target="https://content.pancake.vn/2-2510/2025/10/11/c33434ae42db0c97985a8ee7a3266b2b1bd423df.jpg" TargetMode="External"/><Relationship Id="rId98" Type="http://schemas.openxmlformats.org/officeDocument/2006/relationships/hyperlink" Target="https://content.pancake.vn/2-25/2025/6/12/62aa9652649536b8bba69816e79b74225c6bab2d.jpg" TargetMode="External"/><Relationship Id="rId3" Type="http://schemas.openxmlformats.org/officeDocument/2006/relationships/styles" Target="styles.xml"/><Relationship Id="rId25" Type="http://schemas.openxmlformats.org/officeDocument/2006/relationships/hyperlink" Target="https://content.pancake.vn/2-25/2025/2/18/7077eadd891e1769d7f064d8f71fe1e3e7f098e7.jpg" TargetMode="External"/><Relationship Id="rId46" Type="http://schemas.openxmlformats.org/officeDocument/2006/relationships/hyperlink" Target="https://youtube.com/shorts/TCLO4bO3TmA?feature=share" TargetMode="External"/><Relationship Id="rId67" Type="http://schemas.openxmlformats.org/officeDocument/2006/relationships/hyperlink" Target="https://content.pancake.vn/2-2510/2025/10/11/935f9d55a035a89348cade4ac29fcc5b24dfe019.jpg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content.pancake.vn/2-2510/2025/10/25/56d0f8fdfe3ace4794c609f89e4a883204b3442f.jpg" TargetMode="External"/><Relationship Id="rId41" Type="http://schemas.openxmlformats.org/officeDocument/2006/relationships/hyperlink" Target="https://content.pancake.vn/2-2510/2025/10/25/da856270724332430e930e338c3410ad16a331d7.jpg" TargetMode="External"/><Relationship Id="rId62" Type="http://schemas.openxmlformats.org/officeDocument/2006/relationships/hyperlink" Target="https://content.pancake.vn/2-2510/2025/10/11/f72f2403b9efe8f360a65ba31f2814adb48a2cec.jpg" TargetMode="External"/><Relationship Id="rId83" Type="http://schemas.openxmlformats.org/officeDocument/2006/relationships/hyperlink" Target="https://content.pancake.vn/2-25/2025/5/3/da460d45ec2f5143082d0aea11cd04f3be18fbf8.jpg" TargetMode="External"/><Relationship Id="rId88" Type="http://schemas.openxmlformats.org/officeDocument/2006/relationships/hyperlink" Target="https://content.pancake.vn/2-24/2024/12/21/f4357e8fb1a535db13b10f1ce254537387c6b191.jpg" TargetMode="External"/><Relationship Id="rId111" Type="http://schemas.openxmlformats.org/officeDocument/2006/relationships/hyperlink" Target="https://content.pancake.vn/2-2510/2025/10/11/e99c60edcc70b3079d06f3a46900dc07172e87c9.jp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/boHewn0dX6s1kHHelJAp5IU0A==">CgMxLjAyDmguZXB1OW43NDVlOGFuMg5oLjhuM2gzcjJ6MmpqZTIOaC5rcXZxZ3VoZGhxM2wyDmguNmlmeWhqZ2hyMWt3Mg5oLmU4dmh4cmt6Y25iMDIOaC54NGo4OWY3ajhybzEyDmguNnpqZ3diejV0NXA4Mg5oLmQ5dzI0OWk0bnE4aTIOaC5pdmwwc3FhMmZ2bDMyDmguazZxbnZvbTdkYndqMg5oLnVoNW80bWxsanJycTIOaC5rcWhkbm9oNGpmcXgyDmguMWd2bnRudTV4cWRzMg5oLjFuenM5c3BxeTdpcDIOaC5qeWk3ZDRhZDNub2M4AHIhMWZRdHJFdzJWQl83T0lNaGVaVlF6c3cycmJBM3JKZV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4555</Words>
  <Characters>25965</Characters>
  <Application>Microsoft Office Word</Application>
  <DocSecurity>0</DocSecurity>
  <Lines>216</Lines>
  <Paragraphs>60</Paragraphs>
  <ScaleCrop>false</ScaleCrop>
  <Company/>
  <LinksUpToDate>false</LinksUpToDate>
  <CharactersWithSpaces>30460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Hang Thanh Pham</cp:lastModifiedBy>
  <cp:revision>3</cp:revision>
  <dcterms:created xsi:type="dcterms:W3CDTF">2013-12-23T23:15:00Z</dcterms:created>
  <dcterms:modified xsi:type="dcterms:W3CDTF">2025-11-07T11:37:00Z</dcterms:modified>
</cp:coreProperties>
</file>